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D5990F" w14:textId="77777777" w:rsidR="00986C8C" w:rsidRPr="00351337" w:rsidRDefault="00986C8C" w:rsidP="00986C8C"/>
    <w:p w14:paraId="345D9A0F" w14:textId="77777777" w:rsidR="00986C8C" w:rsidRPr="008B1C54" w:rsidRDefault="00986C8C" w:rsidP="00986C8C">
      <w:pPr>
        <w:widowControl w:val="0"/>
        <w:autoSpaceDE w:val="0"/>
        <w:autoSpaceDN w:val="0"/>
        <w:spacing w:after="40" w:line="240" w:lineRule="auto"/>
        <w:ind w:firstLine="567"/>
        <w:jc w:val="center"/>
        <w:rPr>
          <w:rFonts w:ascii="Times New Roman" w:eastAsia="Arial" w:hAnsi="Times New Roman" w:cs="Times New Roman"/>
          <w:sz w:val="20"/>
          <w:szCs w:val="20"/>
          <w:lang w:val="en-GB"/>
        </w:rPr>
      </w:pPr>
      <w:r w:rsidRPr="008B1C54">
        <w:rPr>
          <w:rFonts w:ascii="Times New Roman" w:eastAsia="Arial" w:hAnsi="Times New Roman" w:cs="Times New Roman"/>
          <w:sz w:val="20"/>
          <w:szCs w:val="20"/>
          <w:lang w:val="en-GB"/>
        </w:rPr>
        <w:t>KA220-VET - Cooperation partnerships in vocational education and training</w:t>
      </w:r>
    </w:p>
    <w:p w14:paraId="05EC017A" w14:textId="77777777" w:rsidR="00986C8C" w:rsidRPr="008B1C54" w:rsidRDefault="00986C8C" w:rsidP="00986C8C">
      <w:pPr>
        <w:widowControl w:val="0"/>
        <w:autoSpaceDE w:val="0"/>
        <w:autoSpaceDN w:val="0"/>
        <w:spacing w:after="40" w:line="240" w:lineRule="auto"/>
        <w:ind w:firstLine="567"/>
        <w:jc w:val="center"/>
        <w:rPr>
          <w:rFonts w:ascii="Times New Roman" w:eastAsia="Arial" w:hAnsi="Times New Roman" w:cs="Times New Roman"/>
          <w:sz w:val="20"/>
          <w:szCs w:val="20"/>
          <w:lang w:val="en-GB"/>
        </w:rPr>
      </w:pPr>
      <w:r w:rsidRPr="008B1C54">
        <w:rPr>
          <w:rFonts w:ascii="Times New Roman" w:eastAsia="Arial" w:hAnsi="Times New Roman" w:cs="Times New Roman"/>
          <w:sz w:val="20"/>
          <w:szCs w:val="20"/>
          <w:lang w:val="en-GB"/>
        </w:rPr>
        <w:t>2023-1-RO01-KA220-VET-000156711</w:t>
      </w:r>
    </w:p>
    <w:p w14:paraId="4A01587F" w14:textId="77777777" w:rsidR="00986C8C" w:rsidRPr="008B1C54" w:rsidRDefault="00986C8C" w:rsidP="00986C8C">
      <w:pPr>
        <w:widowControl w:val="0"/>
        <w:autoSpaceDE w:val="0"/>
        <w:autoSpaceDN w:val="0"/>
        <w:spacing w:after="40" w:line="240" w:lineRule="auto"/>
        <w:ind w:firstLine="567"/>
        <w:jc w:val="center"/>
        <w:rPr>
          <w:rFonts w:ascii="Times New Roman" w:eastAsia="Arial" w:hAnsi="Times New Roman" w:cs="Times New Roman"/>
          <w:sz w:val="20"/>
          <w:szCs w:val="20"/>
          <w:lang w:val="en-GB"/>
        </w:rPr>
      </w:pPr>
    </w:p>
    <w:p w14:paraId="30ACDC4D" w14:textId="77777777" w:rsidR="00986C8C" w:rsidRPr="008B1C54" w:rsidRDefault="00986C8C" w:rsidP="00986C8C">
      <w:pPr>
        <w:spacing w:after="40" w:line="216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FF0000"/>
          <w:spacing w:val="-10"/>
          <w:kern w:val="28"/>
          <w:sz w:val="36"/>
          <w:szCs w:val="36"/>
          <w:lang w:val="en-GB"/>
        </w:rPr>
      </w:pPr>
      <w:proofErr w:type="spellStart"/>
      <w:r w:rsidRPr="008B1C54">
        <w:rPr>
          <w:rFonts w:ascii="Times New Roman" w:eastAsia="Times New Roman" w:hAnsi="Times New Roman" w:cs="Times New Roman"/>
          <w:b/>
          <w:bCs/>
          <w:color w:val="FF0000"/>
          <w:spacing w:val="-10"/>
          <w:kern w:val="28"/>
          <w:sz w:val="36"/>
          <w:szCs w:val="36"/>
          <w:lang w:val="en-GB"/>
        </w:rPr>
        <w:t>MARitime</w:t>
      </w:r>
      <w:proofErr w:type="spellEnd"/>
      <w:r w:rsidRPr="008B1C54">
        <w:rPr>
          <w:rFonts w:ascii="Times New Roman" w:eastAsia="Times New Roman" w:hAnsi="Times New Roman" w:cs="Times New Roman"/>
          <w:b/>
          <w:bCs/>
          <w:color w:val="FF0000"/>
          <w:spacing w:val="-10"/>
          <w:kern w:val="28"/>
          <w:sz w:val="36"/>
          <w:szCs w:val="36"/>
          <w:lang w:val="en-GB"/>
        </w:rPr>
        <w:t xml:space="preserve"> Soft Skills for Onboard Healthy Nutrition and </w:t>
      </w:r>
      <w:proofErr w:type="spellStart"/>
      <w:r w:rsidRPr="008B1C54">
        <w:rPr>
          <w:rFonts w:ascii="Times New Roman" w:eastAsia="Times New Roman" w:hAnsi="Times New Roman" w:cs="Times New Roman"/>
          <w:b/>
          <w:bCs/>
          <w:color w:val="FF0000"/>
          <w:spacing w:val="-10"/>
          <w:kern w:val="28"/>
          <w:sz w:val="36"/>
          <w:szCs w:val="36"/>
          <w:lang w:val="en-GB"/>
        </w:rPr>
        <w:t>CULinary</w:t>
      </w:r>
      <w:proofErr w:type="spellEnd"/>
      <w:r w:rsidRPr="008B1C54">
        <w:rPr>
          <w:rFonts w:ascii="Times New Roman" w:eastAsia="Times New Roman" w:hAnsi="Times New Roman" w:cs="Times New Roman"/>
          <w:b/>
          <w:bCs/>
          <w:color w:val="FF0000"/>
          <w:spacing w:val="-10"/>
          <w:kern w:val="28"/>
          <w:sz w:val="36"/>
          <w:szCs w:val="36"/>
          <w:lang w:val="en-GB"/>
        </w:rPr>
        <w:t xml:space="preserve"> Arts in Seagoing Services - CUL-MAR-Skills</w:t>
      </w:r>
    </w:p>
    <w:p w14:paraId="728C397B" w14:textId="77777777" w:rsidR="00986C8C" w:rsidRPr="008B1C54" w:rsidRDefault="00986C8C" w:rsidP="00986C8C">
      <w:pPr>
        <w:rPr>
          <w:lang w:val="en-GB"/>
        </w:rPr>
      </w:pPr>
    </w:p>
    <w:p w14:paraId="43C3738D" w14:textId="1350B90A" w:rsidR="00986C8C" w:rsidRPr="00351337" w:rsidRDefault="00986C8C" w:rsidP="00986C8C"/>
    <w:p w14:paraId="1397F646" w14:textId="7CF2D969" w:rsidR="00963D94" w:rsidRDefault="00963D94" w:rsidP="00963D94">
      <w:pPr>
        <w:jc w:val="center"/>
      </w:pPr>
      <w:r w:rsidRPr="00963D94">
        <w:rPr>
          <w:noProof/>
        </w:rPr>
        <w:drawing>
          <wp:inline distT="0" distB="0" distL="0" distR="0" wp14:anchorId="426764EF" wp14:editId="5F69C14F">
            <wp:extent cx="2495550" cy="2491217"/>
            <wp:effectExtent l="0" t="0" r="0" b="4445"/>
            <wp:docPr id="247411194" name="Picture 10" descr="A blue and yellow logo with a ship and spoon and f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411194" name="Picture 10" descr="A blue and yellow logo with a ship and spoon and for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95" cy="249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3A196" w14:textId="77777777" w:rsidR="00E22B0A" w:rsidRDefault="00E22B0A" w:rsidP="00963D94">
      <w:pPr>
        <w:jc w:val="center"/>
      </w:pPr>
    </w:p>
    <w:p w14:paraId="67B69DB1" w14:textId="77777777" w:rsidR="00E22B0A" w:rsidRPr="00963D94" w:rsidRDefault="00E22B0A" w:rsidP="00963D94">
      <w:pPr>
        <w:jc w:val="center"/>
      </w:pPr>
    </w:p>
    <w:p w14:paraId="7766A3DD" w14:textId="0C959F77" w:rsidR="00986C8C" w:rsidRPr="00E22B0A" w:rsidRDefault="00E22B0A" w:rsidP="00E22B0A">
      <w:pPr>
        <w:ind w:right="-240"/>
        <w:rPr>
          <w:rFonts w:ascii="Arial" w:hAnsi="Arial" w:cs="Arial"/>
          <w:b/>
          <w:bCs/>
          <w:i/>
          <w:iCs/>
          <w:sz w:val="32"/>
          <w:szCs w:val="32"/>
        </w:rPr>
      </w:pPr>
      <w:r w:rsidRPr="00E22B0A"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  <w:r w:rsidR="00986C8C" w:rsidRPr="00E22B0A">
        <w:rPr>
          <w:rFonts w:ascii="Arial" w:hAnsi="Arial" w:cs="Arial"/>
          <w:b/>
          <w:bCs/>
          <w:i/>
          <w:iCs/>
          <w:sz w:val="32"/>
          <w:szCs w:val="32"/>
        </w:rPr>
        <w:t>TRAINING M</w:t>
      </w:r>
      <w:r w:rsidRPr="00E22B0A">
        <w:rPr>
          <w:rFonts w:ascii="Arial" w:hAnsi="Arial" w:cs="Arial"/>
          <w:b/>
          <w:bCs/>
          <w:i/>
          <w:iCs/>
          <w:sz w:val="32"/>
          <w:szCs w:val="32"/>
        </w:rPr>
        <w:t>ANUAL</w:t>
      </w:r>
      <w:r w:rsidR="00986C8C" w:rsidRPr="00E22B0A">
        <w:rPr>
          <w:rFonts w:ascii="Arial" w:hAnsi="Arial" w:cs="Arial"/>
          <w:b/>
          <w:bCs/>
          <w:i/>
          <w:iCs/>
          <w:sz w:val="32"/>
          <w:szCs w:val="32"/>
        </w:rPr>
        <w:t xml:space="preserve"> FOR COOKING SKILLS</w:t>
      </w:r>
      <w:r w:rsidRPr="00E22B0A">
        <w:rPr>
          <w:rFonts w:ascii="Arial" w:hAnsi="Arial" w:cs="Arial"/>
          <w:b/>
          <w:bCs/>
          <w:i/>
          <w:iCs/>
          <w:sz w:val="32"/>
          <w:szCs w:val="32"/>
        </w:rPr>
        <w:t xml:space="preserve"> MODULE </w:t>
      </w:r>
      <w:r w:rsidR="00986C8C" w:rsidRPr="00E22B0A">
        <w:rPr>
          <w:rFonts w:ascii="Arial" w:hAnsi="Arial" w:cs="Arial"/>
          <w:b/>
          <w:bCs/>
          <w:i/>
          <w:iCs/>
          <w:sz w:val="32"/>
          <w:szCs w:val="32"/>
        </w:rPr>
        <w:t>C4S</w:t>
      </w:r>
    </w:p>
    <w:p w14:paraId="37A955CA" w14:textId="77777777" w:rsidR="00986C8C" w:rsidRDefault="00986C8C" w:rsidP="00986C8C">
      <w:pPr>
        <w:jc w:val="center"/>
      </w:pPr>
    </w:p>
    <w:p w14:paraId="6C4BE643" w14:textId="77777777" w:rsidR="00E22B0A" w:rsidRDefault="00E22B0A" w:rsidP="00986C8C">
      <w:pPr>
        <w:jc w:val="center"/>
      </w:pPr>
    </w:p>
    <w:p w14:paraId="04822AF0" w14:textId="77777777" w:rsidR="00E22B0A" w:rsidRDefault="00E22B0A" w:rsidP="00986C8C">
      <w:pPr>
        <w:jc w:val="center"/>
      </w:pPr>
    </w:p>
    <w:p w14:paraId="743C329B" w14:textId="77777777" w:rsidR="00986C8C" w:rsidRDefault="00986C8C" w:rsidP="00986C8C">
      <w:pPr>
        <w:jc w:val="center"/>
      </w:pPr>
    </w:p>
    <w:p w14:paraId="446E5F57" w14:textId="77777777" w:rsidR="00986C8C" w:rsidRPr="00E22B0A" w:rsidRDefault="00986C8C" w:rsidP="00986C8C">
      <w:pPr>
        <w:jc w:val="center"/>
        <w:rPr>
          <w:rFonts w:ascii="Arial" w:hAnsi="Arial" w:cs="Arial"/>
          <w:b/>
          <w:bCs/>
        </w:rPr>
      </w:pPr>
      <w:r w:rsidRPr="00E22B0A">
        <w:rPr>
          <w:rFonts w:ascii="Arial" w:hAnsi="Arial" w:cs="Arial"/>
          <w:b/>
          <w:bCs/>
        </w:rPr>
        <w:t>19-23 MAY 2025</w:t>
      </w:r>
    </w:p>
    <w:p w14:paraId="594C7055" w14:textId="77777777" w:rsidR="00986C8C" w:rsidRPr="00E22B0A" w:rsidRDefault="00986C8C" w:rsidP="00986C8C">
      <w:pPr>
        <w:jc w:val="center"/>
        <w:rPr>
          <w:rFonts w:ascii="Arial" w:hAnsi="Arial" w:cs="Arial"/>
          <w:b/>
          <w:bCs/>
        </w:rPr>
      </w:pPr>
      <w:r w:rsidRPr="00E22B0A">
        <w:rPr>
          <w:rFonts w:ascii="Arial" w:hAnsi="Arial" w:cs="Arial"/>
          <w:b/>
          <w:bCs/>
        </w:rPr>
        <w:t xml:space="preserve">PIRI REIS UNIVERSITY </w:t>
      </w:r>
    </w:p>
    <w:p w14:paraId="647E6403" w14:textId="77777777" w:rsidR="00986C8C" w:rsidRPr="00E22B0A" w:rsidRDefault="00986C8C" w:rsidP="00986C8C">
      <w:pPr>
        <w:jc w:val="center"/>
        <w:rPr>
          <w:rFonts w:ascii="Arial" w:hAnsi="Arial" w:cs="Arial"/>
          <w:b/>
          <w:bCs/>
        </w:rPr>
      </w:pPr>
      <w:r w:rsidRPr="00E22B0A">
        <w:rPr>
          <w:rFonts w:ascii="Arial" w:hAnsi="Arial" w:cs="Arial"/>
          <w:b/>
          <w:bCs/>
        </w:rPr>
        <w:t>ISTANBUL/TURKIYE</w:t>
      </w:r>
    </w:p>
    <w:p w14:paraId="0C92EBE5" w14:textId="77777777" w:rsidR="00963D94" w:rsidRDefault="00963D94" w:rsidP="00986C8C">
      <w:pPr>
        <w:jc w:val="center"/>
      </w:pPr>
    </w:p>
    <w:p w14:paraId="1D2DEBA3" w14:textId="12DED796" w:rsidR="00E22B0A" w:rsidRDefault="00E22B0A" w:rsidP="00986C8C">
      <w:pPr>
        <w:jc w:val="center"/>
      </w:pPr>
      <w:r>
        <w:lastRenderedPageBreak/>
        <w:t xml:space="preserve">   </w:t>
      </w:r>
    </w:p>
    <w:sdt>
      <w:sdtPr>
        <w:rPr>
          <w:rFonts w:asciiTheme="minorHAnsi" w:hAnsiTheme="minorHAnsi"/>
          <w:color w:val="auto"/>
          <w:sz w:val="22"/>
          <w:szCs w:val="22"/>
        </w:rPr>
        <w:id w:val="197101725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D7F72F7" w14:textId="77777777" w:rsidR="003A7054" w:rsidRDefault="003A7054">
          <w:pPr>
            <w:pStyle w:val="TOCHeading"/>
          </w:pPr>
          <w:r>
            <w:t>Table of Contents</w:t>
          </w:r>
        </w:p>
        <w:p w14:paraId="5B8DED37" w14:textId="6979D49A" w:rsidR="00E22B0A" w:rsidRDefault="003A7054">
          <w:pPr>
            <w:pStyle w:val="TOC1"/>
            <w:tabs>
              <w:tab w:val="right" w:leader="dot" w:pos="8822"/>
            </w:tabs>
            <w:rPr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204960712" w:history="1">
            <w:r w:rsidR="00E22B0A" w:rsidRPr="00E42BA5">
              <w:rPr>
                <w:rStyle w:val="Hyperlink"/>
                <w:noProof/>
              </w:rPr>
              <w:t>19 MAY 2025</w:t>
            </w:r>
            <w:r w:rsidR="00E22B0A">
              <w:rPr>
                <w:noProof/>
                <w:webHidden/>
              </w:rPr>
              <w:tab/>
            </w:r>
            <w:r w:rsidR="00E22B0A">
              <w:rPr>
                <w:noProof/>
                <w:webHidden/>
              </w:rPr>
              <w:fldChar w:fldCharType="begin"/>
            </w:r>
            <w:r w:rsidR="00E22B0A">
              <w:rPr>
                <w:noProof/>
                <w:webHidden/>
              </w:rPr>
              <w:instrText xml:space="preserve"> PAGEREF _Toc204960712 \h </w:instrText>
            </w:r>
            <w:r w:rsidR="00E22B0A">
              <w:rPr>
                <w:noProof/>
                <w:webHidden/>
              </w:rPr>
            </w:r>
            <w:r w:rsidR="00E22B0A">
              <w:rPr>
                <w:noProof/>
                <w:webHidden/>
              </w:rPr>
              <w:fldChar w:fldCharType="separate"/>
            </w:r>
            <w:r w:rsidR="00E22B0A">
              <w:rPr>
                <w:noProof/>
                <w:webHidden/>
              </w:rPr>
              <w:t>3</w:t>
            </w:r>
            <w:r w:rsidR="00E22B0A">
              <w:rPr>
                <w:noProof/>
                <w:webHidden/>
              </w:rPr>
              <w:fldChar w:fldCharType="end"/>
            </w:r>
          </w:hyperlink>
        </w:p>
        <w:p w14:paraId="6ED22EA5" w14:textId="3E7F906E" w:rsidR="00E22B0A" w:rsidRDefault="00E22B0A">
          <w:pPr>
            <w:pStyle w:val="TOC1"/>
            <w:tabs>
              <w:tab w:val="right" w:leader="dot" w:pos="8822"/>
            </w:tabs>
            <w:rPr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204960713" w:history="1">
            <w:r w:rsidRPr="00E42BA5">
              <w:rPr>
                <w:rStyle w:val="Hyperlink"/>
                <w:noProof/>
              </w:rPr>
              <w:t>20 MAY 2025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_Toc204960713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545DB7" w14:textId="7B68BA7E" w:rsidR="00E22B0A" w:rsidRDefault="00E22B0A">
          <w:pPr>
            <w:pStyle w:val="TOC2"/>
            <w:rPr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204960714" w:history="1">
            <w:r w:rsidRPr="00E42BA5">
              <w:rPr>
                <w:rStyle w:val="Hyperlink"/>
              </w:rPr>
              <w:t>EGGPLANT MENEMEN (TURKISH-STYLE SCRAMBLED EGGS WITH EGGPLANT)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_Toc204960714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F9BED01" w14:textId="2F42DDC7" w:rsidR="00E22B0A" w:rsidRDefault="00E22B0A">
          <w:pPr>
            <w:pStyle w:val="TOC2"/>
            <w:rPr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204960715" w:history="1">
            <w:r w:rsidRPr="00E42BA5">
              <w:rPr>
                <w:rStyle w:val="Hyperlink"/>
              </w:rPr>
              <w:t>WHOLE WHEAT BREAD WITH AVOCADO &amp; WHITE CHEESE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_Toc204960715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6BE009B1" w14:textId="26959B22" w:rsidR="00E22B0A" w:rsidRDefault="00E22B0A">
          <w:pPr>
            <w:pStyle w:val="TOC2"/>
            <w:rPr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204960716" w:history="1">
            <w:r w:rsidRPr="00E42BA5">
              <w:rPr>
                <w:rStyle w:val="Hyperlink"/>
              </w:rPr>
              <w:t>HONEY-YOGURT OAT CUPS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_Toc204960716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0CE0AC56" w14:textId="7E2009D5" w:rsidR="00E22B0A" w:rsidRDefault="00E22B0A">
          <w:pPr>
            <w:pStyle w:val="TOC2"/>
            <w:rPr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204960717" w:history="1">
            <w:r w:rsidRPr="00E42BA5">
              <w:rPr>
                <w:rStyle w:val="Hyperlink"/>
              </w:rPr>
              <w:t>GINGER-LEMON TEA / TURKISH BLACK TEA (UNSWEETENED)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_Toc204960717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22401B69" w14:textId="08E0A45D" w:rsidR="00E22B0A" w:rsidRDefault="00E22B0A">
          <w:pPr>
            <w:pStyle w:val="TOC1"/>
            <w:tabs>
              <w:tab w:val="right" w:leader="dot" w:pos="8822"/>
            </w:tabs>
            <w:rPr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204960718" w:history="1">
            <w:r w:rsidRPr="00E42BA5">
              <w:rPr>
                <w:rStyle w:val="Hyperlink"/>
                <w:noProof/>
              </w:rPr>
              <w:t>21 MAY 2025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_Toc204960718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685F84" w14:textId="1692E9B2" w:rsidR="00E22B0A" w:rsidRDefault="00E22B0A">
          <w:pPr>
            <w:pStyle w:val="TOC2"/>
            <w:rPr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204960719" w:history="1">
            <w:r w:rsidRPr="00E42BA5">
              <w:rPr>
                <w:rStyle w:val="Hyperlink"/>
              </w:rPr>
              <w:t>CHICKEN &amp; VEGETABLE STEW (CLAY POT STYLE)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_Toc204960719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0F2512AA" w14:textId="568DECCB" w:rsidR="00E22B0A" w:rsidRDefault="00E22B0A">
          <w:pPr>
            <w:pStyle w:val="TOC2"/>
            <w:rPr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204960720" w:history="1">
            <w:r w:rsidRPr="00E42BA5">
              <w:rPr>
                <w:rStyle w:val="Hyperlink"/>
              </w:rPr>
              <w:t>BULGUR PILAF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_Toc204960720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1C49B0B8" w14:textId="37C93D65" w:rsidR="00E22B0A" w:rsidRDefault="00E22B0A">
          <w:pPr>
            <w:pStyle w:val="TOC2"/>
            <w:rPr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204960721" w:history="1">
            <w:r w:rsidRPr="00E42BA5">
              <w:rPr>
                <w:rStyle w:val="Hyperlink"/>
              </w:rPr>
              <w:t>GAVURDAĞI SALAD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_Toc204960721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520D35B8" w14:textId="7EF6F5FA" w:rsidR="00E22B0A" w:rsidRDefault="00E22B0A">
          <w:pPr>
            <w:pStyle w:val="TOC2"/>
            <w:rPr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204960722" w:history="1">
            <w:r w:rsidRPr="00E42BA5">
              <w:rPr>
                <w:rStyle w:val="Hyperlink"/>
              </w:rPr>
              <w:t>AYRAN WITH FRESH BASIL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_Toc204960722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5FD2BA7E" w14:textId="496F5D82" w:rsidR="00E22B0A" w:rsidRDefault="00E22B0A">
          <w:pPr>
            <w:pStyle w:val="TOC2"/>
            <w:rPr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204960723" w:history="1">
            <w:r w:rsidRPr="00E42BA5">
              <w:rPr>
                <w:rStyle w:val="Hyperlink"/>
              </w:rPr>
              <w:t>DRIED FIG DESSERT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_Toc204960723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32496E22" w14:textId="0576E480" w:rsidR="00E22B0A" w:rsidRDefault="00E22B0A">
          <w:pPr>
            <w:pStyle w:val="TOC1"/>
            <w:tabs>
              <w:tab w:val="right" w:leader="dot" w:pos="8822"/>
            </w:tabs>
            <w:rPr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204960724" w:history="1">
            <w:r w:rsidRPr="00E42BA5">
              <w:rPr>
                <w:rStyle w:val="Hyperlink"/>
                <w:noProof/>
              </w:rPr>
              <w:t>22 MAY 2025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_Toc204960724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12D994" w14:textId="5B1F88EB" w:rsidR="00E22B0A" w:rsidRDefault="00E22B0A">
          <w:pPr>
            <w:pStyle w:val="TOC2"/>
            <w:rPr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204960725" w:history="1">
            <w:r w:rsidRPr="00E42BA5">
              <w:rPr>
                <w:rStyle w:val="Hyperlink"/>
              </w:rPr>
              <w:t>EZOGELIN SOUP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_Toc204960725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5C31EAB1" w14:textId="69C1F835" w:rsidR="00E22B0A" w:rsidRDefault="00E22B0A">
          <w:pPr>
            <w:pStyle w:val="TOC2"/>
            <w:rPr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204960726" w:history="1">
            <w:r w:rsidRPr="00E42BA5">
              <w:rPr>
                <w:rStyle w:val="Hyperlink"/>
              </w:rPr>
              <w:t>CHICKPEA &amp; TUNA SALAD WITH FRESH HERBS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_Toc204960726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02055FAC" w14:textId="528A832F" w:rsidR="00E22B0A" w:rsidRDefault="00E22B0A">
          <w:pPr>
            <w:pStyle w:val="TOC2"/>
            <w:rPr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204960727" w:history="1">
            <w:r w:rsidRPr="00E42BA5">
              <w:rPr>
                <w:rStyle w:val="Hyperlink"/>
              </w:rPr>
              <w:t>WHOLE WHEAT PASTA WITH SUN-DRIED TOMATOES AND BLACK OLIVES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_Toc204960727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2333F505" w14:textId="358E1C9A" w:rsidR="00E22B0A" w:rsidRDefault="00E22B0A">
          <w:pPr>
            <w:pStyle w:val="TOC2"/>
            <w:rPr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204960728" w:history="1">
            <w:r w:rsidRPr="00E42BA5">
              <w:rPr>
                <w:rStyle w:val="Hyperlink"/>
              </w:rPr>
              <w:t>SUGAR-FREE OAT PUDDING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_Toc204960728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1B4B88C1" w14:textId="24A68839" w:rsidR="00E22B0A" w:rsidRDefault="00E22B0A">
          <w:pPr>
            <w:pStyle w:val="TOC2"/>
            <w:rPr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204960729" w:history="1">
            <w:r w:rsidRPr="00E42BA5">
              <w:rPr>
                <w:rStyle w:val="Hyperlink"/>
              </w:rPr>
              <w:t>GINGER &amp; CARROT SOUP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_Toc204960729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3BCA069E" w14:textId="4E021E63" w:rsidR="00E22B0A" w:rsidRDefault="00E22B0A">
          <w:pPr>
            <w:pStyle w:val="TOC2"/>
            <w:rPr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204960730" w:history="1">
            <w:r w:rsidRPr="00E42BA5">
              <w:rPr>
                <w:rStyle w:val="Hyperlink"/>
              </w:rPr>
              <w:t>WHOLE WHEAT PASTA WITH TOMATO SAUCE (ONE-POT)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_Toc204960730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506C9F35" w14:textId="42D5A811" w:rsidR="00E22B0A" w:rsidRDefault="00E22B0A">
          <w:pPr>
            <w:pStyle w:val="TOC2"/>
            <w:rPr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204960731" w:history="1">
            <w:r w:rsidRPr="00E42BA5">
              <w:rPr>
                <w:rStyle w:val="Hyperlink"/>
              </w:rPr>
              <w:t>TUNA PATTIES WITH YOGURT DIP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_Toc204960731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72249CDA" w14:textId="4869F76D" w:rsidR="00E22B0A" w:rsidRDefault="00E22B0A">
          <w:pPr>
            <w:pStyle w:val="TOC2"/>
            <w:rPr>
              <w:b w:val="0"/>
              <w:bCs w:val="0"/>
              <w:kern w:val="2"/>
              <w:sz w:val="24"/>
              <w:szCs w:val="24"/>
              <w14:ligatures w14:val="standardContextual"/>
            </w:rPr>
          </w:pPr>
          <w:hyperlink w:anchor="_Toc204960732" w:history="1">
            <w:r w:rsidRPr="00E42BA5">
              <w:rPr>
                <w:rStyle w:val="Hyperlink"/>
              </w:rPr>
              <w:t>DATE ENERGY BALLS WITH WALNUTS AND RAISINS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_Toc204960732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01A246EB" w14:textId="28DB00E3" w:rsidR="00E22B0A" w:rsidRDefault="00E22B0A">
          <w:pPr>
            <w:pStyle w:val="TOC1"/>
            <w:tabs>
              <w:tab w:val="right" w:leader="dot" w:pos="8822"/>
            </w:tabs>
            <w:rPr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hyperlink w:anchor="_Toc204960733" w:history="1">
            <w:r w:rsidRPr="00E42BA5">
              <w:rPr>
                <w:rStyle w:val="Hyperlink"/>
                <w:noProof/>
              </w:rPr>
              <w:t>23 MAY 2023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_Toc204960733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1C6BAE" w14:textId="49875241" w:rsidR="003A7054" w:rsidRDefault="003A7054">
          <w:r>
            <w:rPr>
              <w:b/>
              <w:bCs/>
              <w:noProof/>
            </w:rPr>
            <w:fldChar w:fldCharType="end"/>
          </w:r>
        </w:p>
      </w:sdtContent>
    </w:sdt>
    <w:p w14:paraId="5B5B992A" w14:textId="77777777" w:rsidR="00A4213F" w:rsidRDefault="00A4213F" w:rsidP="003A7054">
      <w:pPr>
        <w:pStyle w:val="Heading1"/>
        <w:rPr>
          <w:rStyle w:val="Hyperlink"/>
          <w:rFonts w:asciiTheme="minorHAnsi" w:hAnsiTheme="minorHAnsi"/>
          <w:b/>
          <w:bCs/>
          <w:noProof/>
          <w:color w:val="auto"/>
          <w:sz w:val="22"/>
          <w:szCs w:val="22"/>
          <w:u w:val="none"/>
        </w:rPr>
      </w:pPr>
    </w:p>
    <w:p w14:paraId="4A43842D" w14:textId="77777777" w:rsidR="00A4213F" w:rsidRDefault="00A4213F" w:rsidP="003A7054">
      <w:pPr>
        <w:pStyle w:val="Heading1"/>
        <w:rPr>
          <w:rStyle w:val="Hyperlink"/>
          <w:rFonts w:asciiTheme="minorHAnsi" w:hAnsiTheme="minorHAnsi"/>
          <w:b/>
          <w:bCs/>
          <w:noProof/>
          <w:color w:val="auto"/>
          <w:sz w:val="22"/>
          <w:szCs w:val="22"/>
          <w:u w:val="none"/>
        </w:rPr>
      </w:pPr>
    </w:p>
    <w:p w14:paraId="7E32F3DB" w14:textId="77777777" w:rsidR="00A4213F" w:rsidRDefault="00A4213F" w:rsidP="003A7054">
      <w:pPr>
        <w:pStyle w:val="Heading1"/>
        <w:rPr>
          <w:rStyle w:val="Hyperlink"/>
          <w:rFonts w:asciiTheme="minorHAnsi" w:hAnsiTheme="minorHAnsi"/>
          <w:b/>
          <w:bCs/>
          <w:noProof/>
          <w:color w:val="auto"/>
          <w:sz w:val="22"/>
          <w:szCs w:val="22"/>
          <w:u w:val="none"/>
        </w:rPr>
      </w:pPr>
    </w:p>
    <w:p w14:paraId="462EBA2E" w14:textId="77777777" w:rsidR="00A4213F" w:rsidRDefault="00A4213F" w:rsidP="003A7054">
      <w:pPr>
        <w:pStyle w:val="Heading1"/>
        <w:rPr>
          <w:rStyle w:val="Hyperlink"/>
          <w:rFonts w:asciiTheme="minorHAnsi" w:hAnsiTheme="minorHAnsi"/>
          <w:b/>
          <w:bCs/>
          <w:noProof/>
          <w:color w:val="auto"/>
          <w:sz w:val="22"/>
          <w:szCs w:val="22"/>
          <w:u w:val="none"/>
        </w:rPr>
      </w:pPr>
    </w:p>
    <w:p w14:paraId="3D7BBA4E" w14:textId="77777777" w:rsidR="00A4213F" w:rsidRDefault="00A4213F" w:rsidP="003A7054">
      <w:pPr>
        <w:pStyle w:val="Heading1"/>
        <w:rPr>
          <w:rStyle w:val="Hyperlink"/>
          <w:rFonts w:asciiTheme="minorHAnsi" w:hAnsiTheme="minorHAnsi"/>
          <w:b/>
          <w:bCs/>
          <w:noProof/>
          <w:color w:val="auto"/>
          <w:sz w:val="22"/>
          <w:szCs w:val="22"/>
          <w:u w:val="none"/>
        </w:rPr>
      </w:pPr>
    </w:p>
    <w:p w14:paraId="44565FCE" w14:textId="4615CAB6" w:rsidR="00A4213F" w:rsidRPr="003A7054" w:rsidRDefault="00A4213F" w:rsidP="00A4213F">
      <w:pPr>
        <w:pStyle w:val="Heading1"/>
      </w:pPr>
      <w:bookmarkStart w:id="0" w:name="_Toc204960712"/>
      <w:r>
        <w:t>19 MAY</w:t>
      </w:r>
      <w:r w:rsidRPr="003A7054">
        <w:t xml:space="preserve"> 2025</w:t>
      </w:r>
      <w:bookmarkEnd w:id="0"/>
    </w:p>
    <w:p w14:paraId="77BB345D" w14:textId="07E90D3F" w:rsidR="003A7054" w:rsidRDefault="00FB20B3" w:rsidP="00A4213F">
      <w:pPr>
        <w:pStyle w:val="ListBullet"/>
        <w:numPr>
          <w:ilvl w:val="0"/>
          <w:numId w:val="0"/>
        </w:numPr>
        <w:spacing w:line="360" w:lineRule="auto"/>
        <w:rPr>
          <w:rFonts w:ascii="Montserrat" w:hAnsi="Montserrat"/>
          <w:color w:val="000000" w:themeColor="text1"/>
        </w:rPr>
      </w:pPr>
      <w:r w:rsidRPr="00A4213F">
        <w:rPr>
          <w:rFonts w:ascii="Montserrat" w:hAnsi="Montserrat"/>
          <w:color w:val="000000" w:themeColor="text1"/>
        </w:rPr>
        <w:t>On the first day of training, students w</w:t>
      </w:r>
      <w:r w:rsidR="00A4213F">
        <w:rPr>
          <w:rFonts w:ascii="Montserrat" w:hAnsi="Montserrat"/>
          <w:color w:val="000000" w:themeColor="text1"/>
        </w:rPr>
        <w:t>ill be</w:t>
      </w:r>
      <w:r w:rsidRPr="00A4213F">
        <w:rPr>
          <w:rFonts w:ascii="Montserrat" w:hAnsi="Montserrat"/>
          <w:color w:val="000000" w:themeColor="text1"/>
        </w:rPr>
        <w:t xml:space="preserve"> given a general overview of the tools used in the galley and various basic cooking techniques. In addition, the importance of the galley on board w</w:t>
      </w:r>
      <w:r w:rsidR="00A4213F">
        <w:rPr>
          <w:rFonts w:ascii="Montserrat" w:hAnsi="Montserrat"/>
          <w:color w:val="000000" w:themeColor="text1"/>
        </w:rPr>
        <w:t xml:space="preserve">ill be </w:t>
      </w:r>
      <w:r w:rsidRPr="00A4213F">
        <w:rPr>
          <w:rFonts w:ascii="Montserrat" w:hAnsi="Montserrat"/>
          <w:color w:val="000000" w:themeColor="text1"/>
        </w:rPr>
        <w:t xml:space="preserve">emphasized, and the relationship between sailors' nutrition and health </w:t>
      </w:r>
      <w:r w:rsidR="00A4213F">
        <w:rPr>
          <w:rFonts w:ascii="Montserrat" w:hAnsi="Montserrat"/>
          <w:color w:val="000000" w:themeColor="text1"/>
        </w:rPr>
        <w:t>will be</w:t>
      </w:r>
      <w:r w:rsidRPr="00A4213F">
        <w:rPr>
          <w:rFonts w:ascii="Montserrat" w:hAnsi="Montserrat"/>
          <w:color w:val="000000" w:themeColor="text1"/>
        </w:rPr>
        <w:t xml:space="preserve"> explained.</w:t>
      </w:r>
    </w:p>
    <w:p w14:paraId="73BEC2C8" w14:textId="77777777" w:rsidR="00A4213F" w:rsidRDefault="00A4213F" w:rsidP="00A4213F">
      <w:pPr>
        <w:pStyle w:val="ListBullet"/>
        <w:numPr>
          <w:ilvl w:val="0"/>
          <w:numId w:val="0"/>
        </w:numPr>
        <w:spacing w:line="360" w:lineRule="auto"/>
        <w:rPr>
          <w:rFonts w:ascii="Montserrat" w:hAnsi="Montserrat"/>
          <w:color w:val="000000" w:themeColor="text1"/>
        </w:rPr>
      </w:pPr>
    </w:p>
    <w:p w14:paraId="4C1090E5" w14:textId="70173C4C" w:rsidR="00A4213F" w:rsidRPr="00A4213F" w:rsidRDefault="00A4213F" w:rsidP="00A4213F">
      <w:pPr>
        <w:pStyle w:val="ListBullet"/>
        <w:numPr>
          <w:ilvl w:val="0"/>
          <w:numId w:val="0"/>
        </w:numPr>
        <w:spacing w:line="360" w:lineRule="auto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These activities will take place </w:t>
      </w:r>
      <w:proofErr w:type="gramStart"/>
      <w:r>
        <w:rPr>
          <w:rFonts w:ascii="Montserrat" w:hAnsi="Montserrat"/>
          <w:color w:val="000000" w:themeColor="text1"/>
        </w:rPr>
        <w:t>in</w:t>
      </w:r>
      <w:proofErr w:type="gramEnd"/>
      <w:r>
        <w:rPr>
          <w:rFonts w:ascii="Montserrat" w:hAnsi="Montserrat"/>
          <w:color w:val="000000" w:themeColor="text1"/>
        </w:rPr>
        <w:t xml:space="preserve"> the seaside campus of the PRU.</w:t>
      </w:r>
    </w:p>
    <w:p w14:paraId="52F50EDD" w14:textId="6C446916" w:rsidR="00A4213F" w:rsidRDefault="00A4213F" w:rsidP="00A4213F">
      <w:r>
        <w:rPr>
          <w:noProof/>
        </w:rPr>
        <w:drawing>
          <wp:anchor distT="0" distB="0" distL="114300" distR="114300" simplePos="0" relativeHeight="251660288" behindDoc="1" locked="0" layoutInCell="1" allowOverlap="1" wp14:anchorId="655D4BE3" wp14:editId="5D69D284">
            <wp:simplePos x="0" y="0"/>
            <wp:positionH relativeFrom="column">
              <wp:posOffset>3076575</wp:posOffset>
            </wp:positionH>
            <wp:positionV relativeFrom="page">
              <wp:posOffset>3514725</wp:posOffset>
            </wp:positionV>
            <wp:extent cx="285750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456" y="21477"/>
                <wp:lineTo x="21456" y="0"/>
                <wp:lineTo x="0" y="0"/>
              </wp:wrapPolygon>
            </wp:wrapTight>
            <wp:docPr id="18878339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35935CC" wp14:editId="7B94486D">
            <wp:simplePos x="0" y="0"/>
            <wp:positionH relativeFrom="column">
              <wp:posOffset>0</wp:posOffset>
            </wp:positionH>
            <wp:positionV relativeFrom="page">
              <wp:posOffset>3524250</wp:posOffset>
            </wp:positionV>
            <wp:extent cx="267652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523" y="21360"/>
                <wp:lineTo x="21523" y="0"/>
                <wp:lineTo x="0" y="0"/>
              </wp:wrapPolygon>
            </wp:wrapTight>
            <wp:docPr id="1891566852" name="Picture 1" descr="Piri Reis Üniversitesi Mühendislik Fakültesi - Ne Nerede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ri Reis Üniversitesi Mühendislik Fakültesi - Ne Nerede ?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310C768" wp14:editId="3254067C">
            <wp:simplePos x="0" y="0"/>
            <wp:positionH relativeFrom="column">
              <wp:posOffset>3133725</wp:posOffset>
            </wp:positionH>
            <wp:positionV relativeFrom="page">
              <wp:posOffset>5438775</wp:posOffset>
            </wp:positionV>
            <wp:extent cx="280035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53" y="21486"/>
                <wp:lineTo x="21453" y="0"/>
                <wp:lineTo x="0" y="0"/>
              </wp:wrapPolygon>
            </wp:wrapTight>
            <wp:docPr id="2008495338" name="Picture 5" descr="A building with a green lawn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495338" name="Picture 5" descr="A building with a green lawn and tre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5D06D36" wp14:editId="1332B125">
            <wp:simplePos x="0" y="0"/>
            <wp:positionH relativeFrom="column">
              <wp:posOffset>0</wp:posOffset>
            </wp:positionH>
            <wp:positionV relativeFrom="page">
              <wp:posOffset>5495925</wp:posOffset>
            </wp:positionV>
            <wp:extent cx="267652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3" y="21482"/>
                <wp:lineTo x="21523" y="0"/>
                <wp:lineTo x="0" y="0"/>
              </wp:wrapPolygon>
            </wp:wrapTight>
            <wp:docPr id="8946498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BC04567" w14:textId="77777777" w:rsidR="00A4213F" w:rsidRDefault="00A4213F" w:rsidP="00A4213F"/>
    <w:p w14:paraId="0F42A5D7" w14:textId="77777777" w:rsidR="00A4213F" w:rsidRDefault="00A4213F" w:rsidP="00A4213F"/>
    <w:p w14:paraId="7243F1BA" w14:textId="77777777" w:rsidR="00A4213F" w:rsidRDefault="00A4213F" w:rsidP="00A4213F"/>
    <w:p w14:paraId="35A2A4DF" w14:textId="06789333" w:rsidR="00A4213F" w:rsidRDefault="00A4213F" w:rsidP="00A4213F"/>
    <w:p w14:paraId="6522D1A2" w14:textId="77777777" w:rsidR="00A4213F" w:rsidRDefault="00A4213F" w:rsidP="00A4213F"/>
    <w:p w14:paraId="07C49CEE" w14:textId="77777777" w:rsidR="00A4213F" w:rsidRDefault="00A4213F" w:rsidP="00A4213F"/>
    <w:p w14:paraId="500C577C" w14:textId="77777777" w:rsidR="00A4213F" w:rsidRDefault="00A4213F" w:rsidP="00A4213F"/>
    <w:p w14:paraId="012C205F" w14:textId="77777777" w:rsidR="00A4213F" w:rsidRDefault="00A4213F" w:rsidP="00A4213F"/>
    <w:p w14:paraId="514D9F02" w14:textId="77777777" w:rsidR="00A4213F" w:rsidRDefault="00A4213F" w:rsidP="00A4213F"/>
    <w:p w14:paraId="277C25E7" w14:textId="77777777" w:rsidR="00A4213F" w:rsidRDefault="00A4213F" w:rsidP="00A4213F"/>
    <w:p w14:paraId="4832BF4A" w14:textId="77777777" w:rsidR="00A4213F" w:rsidRDefault="00A4213F" w:rsidP="00A4213F"/>
    <w:p w14:paraId="27AEF962" w14:textId="7D6ED111" w:rsidR="00A4213F" w:rsidRDefault="00A4213F" w:rsidP="00A4213F"/>
    <w:p w14:paraId="76D282DC" w14:textId="007A3E44" w:rsidR="00DA37D1" w:rsidRPr="003A7054" w:rsidRDefault="00DA37D1" w:rsidP="003A7054">
      <w:pPr>
        <w:pStyle w:val="Heading1"/>
      </w:pPr>
      <w:bookmarkStart w:id="1" w:name="_Toc204960713"/>
      <w:r w:rsidRPr="003A7054">
        <w:t>20 MAY 2025</w:t>
      </w:r>
      <w:bookmarkEnd w:id="1"/>
    </w:p>
    <w:p w14:paraId="04F31D5F" w14:textId="77777777" w:rsidR="00B57A6E" w:rsidRPr="00410E70" w:rsidRDefault="00730C2F" w:rsidP="003A7054">
      <w:pPr>
        <w:pStyle w:val="Heading2"/>
        <w:rPr>
          <w:b/>
        </w:rPr>
      </w:pPr>
      <w:bookmarkStart w:id="2" w:name="_Toc204960714"/>
      <w:r w:rsidRPr="00410E70">
        <w:rPr>
          <w:b/>
        </w:rPr>
        <w:t>EGGPLANT MENEMEN (TURKISH-STYLE SCRAMBLED EGGS WITH EGGPLANT)</w:t>
      </w:r>
      <w:bookmarkEnd w:id="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</w:tblGrid>
      <w:tr w:rsidR="00CF48F5" w:rsidRPr="00CF48F5" w14:paraId="503BD9EF" w14:textId="77777777" w:rsidTr="00CF48F5">
        <w:tc>
          <w:tcPr>
            <w:tcW w:w="2160" w:type="dxa"/>
          </w:tcPr>
          <w:p w14:paraId="7DBA8B44" w14:textId="77777777" w:rsidR="00B57A6E" w:rsidRPr="00CF48F5" w:rsidRDefault="00730C2F">
            <w:pPr>
              <w:rPr>
                <w:rFonts w:ascii="Montserrat" w:hAnsi="Montserrat"/>
                <w:color w:val="000000" w:themeColor="text1"/>
              </w:rPr>
            </w:pPr>
            <w:r w:rsidRPr="00CF48F5">
              <w:rPr>
                <w:rFonts w:ascii="Montserrat" w:hAnsi="Montserrat"/>
                <w:color w:val="000000" w:themeColor="text1"/>
              </w:rPr>
              <w:t>Dish Type:</w:t>
            </w:r>
          </w:p>
        </w:tc>
        <w:tc>
          <w:tcPr>
            <w:tcW w:w="2160" w:type="dxa"/>
          </w:tcPr>
          <w:p w14:paraId="787DB406" w14:textId="77777777" w:rsidR="00B57A6E" w:rsidRPr="00CF48F5" w:rsidRDefault="00730C2F">
            <w:pPr>
              <w:rPr>
                <w:rFonts w:ascii="Montserrat" w:hAnsi="Montserrat"/>
                <w:color w:val="000000" w:themeColor="text1"/>
              </w:rPr>
            </w:pPr>
            <w:r w:rsidRPr="00CF48F5">
              <w:rPr>
                <w:rFonts w:ascii="Montserrat" w:hAnsi="Montserrat"/>
                <w:color w:val="000000" w:themeColor="text1"/>
              </w:rPr>
              <w:t>Main (Breakfast)</w:t>
            </w:r>
          </w:p>
        </w:tc>
        <w:tc>
          <w:tcPr>
            <w:tcW w:w="2160" w:type="dxa"/>
          </w:tcPr>
          <w:p w14:paraId="097041FE" w14:textId="77777777" w:rsidR="00B57A6E" w:rsidRPr="00CF48F5" w:rsidRDefault="00730C2F">
            <w:pPr>
              <w:rPr>
                <w:rFonts w:ascii="Montserrat" w:hAnsi="Montserrat"/>
                <w:color w:val="000000" w:themeColor="text1"/>
              </w:rPr>
            </w:pPr>
            <w:r w:rsidRPr="00CF48F5">
              <w:rPr>
                <w:rFonts w:ascii="Montserrat" w:hAnsi="Montserrat"/>
                <w:color w:val="000000" w:themeColor="text1"/>
              </w:rPr>
              <w:t>Yield:</w:t>
            </w:r>
          </w:p>
        </w:tc>
        <w:tc>
          <w:tcPr>
            <w:tcW w:w="2160" w:type="dxa"/>
          </w:tcPr>
          <w:p w14:paraId="32A071D5" w14:textId="77777777" w:rsidR="00B57A6E" w:rsidRPr="00CF48F5" w:rsidRDefault="00730C2F">
            <w:pPr>
              <w:rPr>
                <w:rFonts w:ascii="Montserrat" w:hAnsi="Montserrat"/>
                <w:color w:val="000000" w:themeColor="text1"/>
              </w:rPr>
            </w:pPr>
            <w:r w:rsidRPr="00CF48F5">
              <w:rPr>
                <w:rFonts w:ascii="Montserrat" w:hAnsi="Montserrat"/>
                <w:color w:val="000000" w:themeColor="text1"/>
              </w:rPr>
              <w:t>2 servings</w:t>
            </w:r>
          </w:p>
        </w:tc>
      </w:tr>
      <w:tr w:rsidR="00CF48F5" w:rsidRPr="00CF48F5" w14:paraId="4E539E36" w14:textId="77777777" w:rsidTr="00CF48F5">
        <w:tc>
          <w:tcPr>
            <w:tcW w:w="2160" w:type="dxa"/>
          </w:tcPr>
          <w:p w14:paraId="232492B2" w14:textId="77777777" w:rsidR="00B57A6E" w:rsidRPr="00CF48F5" w:rsidRDefault="00730C2F">
            <w:pPr>
              <w:rPr>
                <w:rFonts w:ascii="Montserrat" w:hAnsi="Montserrat"/>
                <w:color w:val="000000" w:themeColor="text1"/>
              </w:rPr>
            </w:pPr>
            <w:r w:rsidRPr="00CF48F5">
              <w:rPr>
                <w:rFonts w:ascii="Montserrat" w:hAnsi="Montserrat"/>
                <w:color w:val="000000" w:themeColor="text1"/>
              </w:rPr>
              <w:t>Prep Time:</w:t>
            </w:r>
          </w:p>
        </w:tc>
        <w:tc>
          <w:tcPr>
            <w:tcW w:w="2160" w:type="dxa"/>
          </w:tcPr>
          <w:p w14:paraId="4D1C8D95" w14:textId="77777777" w:rsidR="00B57A6E" w:rsidRPr="00CF48F5" w:rsidRDefault="00730C2F">
            <w:pPr>
              <w:rPr>
                <w:rFonts w:ascii="Montserrat" w:hAnsi="Montserrat"/>
                <w:color w:val="000000" w:themeColor="text1"/>
              </w:rPr>
            </w:pPr>
            <w:r w:rsidRPr="00CF48F5">
              <w:rPr>
                <w:rFonts w:ascii="Montserrat" w:hAnsi="Montserrat"/>
                <w:color w:val="000000" w:themeColor="text1"/>
              </w:rPr>
              <w:t>10 minutes</w:t>
            </w:r>
          </w:p>
        </w:tc>
        <w:tc>
          <w:tcPr>
            <w:tcW w:w="2160" w:type="dxa"/>
          </w:tcPr>
          <w:p w14:paraId="5B705B94" w14:textId="77777777" w:rsidR="00B57A6E" w:rsidRPr="00CF48F5" w:rsidRDefault="00730C2F">
            <w:pPr>
              <w:rPr>
                <w:rFonts w:ascii="Montserrat" w:hAnsi="Montserrat"/>
                <w:color w:val="000000" w:themeColor="text1"/>
              </w:rPr>
            </w:pPr>
            <w:r w:rsidRPr="00CF48F5">
              <w:rPr>
                <w:rFonts w:ascii="Montserrat" w:hAnsi="Montserrat"/>
                <w:color w:val="000000" w:themeColor="text1"/>
              </w:rPr>
              <w:t>Cooking Time:</w:t>
            </w:r>
          </w:p>
        </w:tc>
        <w:tc>
          <w:tcPr>
            <w:tcW w:w="2160" w:type="dxa"/>
          </w:tcPr>
          <w:p w14:paraId="00761D6D" w14:textId="77777777" w:rsidR="00B57A6E" w:rsidRPr="00CF48F5" w:rsidRDefault="00730C2F">
            <w:pPr>
              <w:rPr>
                <w:rFonts w:ascii="Montserrat" w:hAnsi="Montserrat"/>
                <w:color w:val="000000" w:themeColor="text1"/>
              </w:rPr>
            </w:pPr>
            <w:r w:rsidRPr="00CF48F5">
              <w:rPr>
                <w:rFonts w:ascii="Montserrat" w:hAnsi="Montserrat"/>
                <w:color w:val="000000" w:themeColor="text1"/>
              </w:rPr>
              <w:t>10 minutes</w:t>
            </w:r>
          </w:p>
        </w:tc>
      </w:tr>
    </w:tbl>
    <w:p w14:paraId="78E95F9F" w14:textId="77777777" w:rsidR="00B57A6E" w:rsidRPr="00CF48F5" w:rsidRDefault="00730C2F" w:rsidP="00CF48F5">
      <w:pPr>
        <w:spacing w:before="240" w:after="0" w:line="360" w:lineRule="auto"/>
        <w:rPr>
          <w:rFonts w:ascii="Montserrat" w:hAnsi="Montserrat"/>
          <w:b/>
          <w:bCs/>
          <w:color w:val="000000" w:themeColor="text1"/>
        </w:rPr>
      </w:pPr>
      <w:r w:rsidRPr="00CF48F5">
        <w:rPr>
          <w:rFonts w:ascii="Montserrat" w:hAnsi="Montserrat"/>
          <w:b/>
          <w:bCs/>
          <w:color w:val="000000" w:themeColor="text1"/>
        </w:rPr>
        <w:t>Ingredients:</w:t>
      </w:r>
    </w:p>
    <w:p w14:paraId="2C06528B" w14:textId="77777777" w:rsidR="001A09BB" w:rsidRPr="00CF48F5" w:rsidRDefault="001A09BB" w:rsidP="00CF48F5">
      <w:pPr>
        <w:pStyle w:val="ListBullet"/>
        <w:numPr>
          <w:ilvl w:val="0"/>
          <w:numId w:val="0"/>
        </w:numPr>
        <w:spacing w:line="360" w:lineRule="auto"/>
        <w:ind w:left="360" w:hanging="360"/>
        <w:rPr>
          <w:rFonts w:ascii="Montserrat" w:hAnsi="Montserrat"/>
          <w:color w:val="000000" w:themeColor="text1"/>
        </w:rPr>
        <w:sectPr w:rsidR="001A09BB" w:rsidRPr="00CF48F5" w:rsidSect="00E22B0A">
          <w:footerReference w:type="even" r:id="rId13"/>
          <w:footerReference w:type="default" r:id="rId14"/>
          <w:headerReference w:type="first" r:id="rId15"/>
          <w:pgSz w:w="12240" w:h="15840"/>
          <w:pgMar w:top="1440" w:right="1608" w:bottom="1440" w:left="1800" w:header="0" w:footer="720" w:gutter="0"/>
          <w:cols w:space="720"/>
          <w:titlePg/>
          <w:docGrid w:linePitch="360"/>
        </w:sectPr>
      </w:pPr>
    </w:p>
    <w:p w14:paraId="09997B09" w14:textId="77777777" w:rsidR="00B57A6E" w:rsidRPr="00CF48F5" w:rsidRDefault="00730C2F" w:rsidP="00CF48F5">
      <w:pPr>
        <w:pStyle w:val="ListBullet"/>
        <w:numPr>
          <w:ilvl w:val="0"/>
          <w:numId w:val="0"/>
        </w:numPr>
        <w:spacing w:line="360" w:lineRule="auto"/>
        <w:ind w:left="360" w:hanging="360"/>
        <w:rPr>
          <w:rFonts w:ascii="Montserrat" w:hAnsi="Montserrat"/>
          <w:color w:val="000000" w:themeColor="text1"/>
        </w:rPr>
      </w:pPr>
      <w:r w:rsidRPr="00CF48F5">
        <w:rPr>
          <w:rFonts w:ascii="Montserrat" w:hAnsi="Montserrat"/>
          <w:color w:val="000000" w:themeColor="text1"/>
        </w:rPr>
        <w:t>• 2 tbsp olive oil</w:t>
      </w:r>
    </w:p>
    <w:p w14:paraId="6011C842" w14:textId="77777777" w:rsidR="00B57A6E" w:rsidRPr="00CF48F5" w:rsidRDefault="00730C2F" w:rsidP="00CF48F5">
      <w:pPr>
        <w:pStyle w:val="ListBullet"/>
        <w:numPr>
          <w:ilvl w:val="0"/>
          <w:numId w:val="0"/>
        </w:numPr>
        <w:spacing w:line="360" w:lineRule="auto"/>
        <w:ind w:left="360" w:hanging="360"/>
        <w:rPr>
          <w:rFonts w:ascii="Montserrat" w:hAnsi="Montserrat"/>
          <w:color w:val="000000" w:themeColor="text1"/>
        </w:rPr>
      </w:pPr>
      <w:r w:rsidRPr="00CF48F5">
        <w:rPr>
          <w:rFonts w:ascii="Montserrat" w:hAnsi="Montserrat"/>
          <w:color w:val="000000" w:themeColor="text1"/>
        </w:rPr>
        <w:t>• 1 small eggplant (</w:t>
      </w:r>
      <w:proofErr w:type="gramStart"/>
      <w:r w:rsidRPr="00CF48F5">
        <w:rPr>
          <w:rFonts w:ascii="Montserrat" w:hAnsi="Montserrat"/>
          <w:color w:val="000000" w:themeColor="text1"/>
        </w:rPr>
        <w:t>appx</w:t>
      </w:r>
      <w:proofErr w:type="gramEnd"/>
      <w:r w:rsidRPr="00CF48F5">
        <w:rPr>
          <w:rFonts w:ascii="Montserrat" w:hAnsi="Montserrat"/>
          <w:color w:val="000000" w:themeColor="text1"/>
        </w:rPr>
        <w:t>. 200 g), diced</w:t>
      </w:r>
    </w:p>
    <w:p w14:paraId="253C6A77" w14:textId="77777777" w:rsidR="00B57A6E" w:rsidRPr="00CF48F5" w:rsidRDefault="00730C2F" w:rsidP="00CF48F5">
      <w:pPr>
        <w:pStyle w:val="ListBullet"/>
        <w:numPr>
          <w:ilvl w:val="0"/>
          <w:numId w:val="0"/>
        </w:numPr>
        <w:spacing w:line="360" w:lineRule="auto"/>
        <w:ind w:left="360" w:hanging="360"/>
        <w:rPr>
          <w:rFonts w:ascii="Montserrat" w:hAnsi="Montserrat"/>
          <w:color w:val="000000" w:themeColor="text1"/>
        </w:rPr>
      </w:pPr>
      <w:r w:rsidRPr="00CF48F5">
        <w:rPr>
          <w:rFonts w:ascii="Montserrat" w:hAnsi="Montserrat"/>
          <w:color w:val="000000" w:themeColor="text1"/>
        </w:rPr>
        <w:t>• 1 green pepper, chopped</w:t>
      </w:r>
    </w:p>
    <w:p w14:paraId="19CD0C95" w14:textId="77777777" w:rsidR="001A09BB" w:rsidRPr="00CF48F5" w:rsidRDefault="001A09BB" w:rsidP="00CF48F5">
      <w:pPr>
        <w:pStyle w:val="ListBullet"/>
        <w:numPr>
          <w:ilvl w:val="0"/>
          <w:numId w:val="0"/>
        </w:numPr>
        <w:spacing w:line="360" w:lineRule="auto"/>
        <w:ind w:left="360" w:hanging="360"/>
        <w:rPr>
          <w:rFonts w:ascii="Montserrat" w:hAnsi="Montserrat"/>
          <w:color w:val="000000" w:themeColor="text1"/>
        </w:rPr>
      </w:pPr>
    </w:p>
    <w:p w14:paraId="6A687031" w14:textId="77777777" w:rsidR="00B57A6E" w:rsidRPr="00CF48F5" w:rsidRDefault="00730C2F" w:rsidP="00CF48F5">
      <w:pPr>
        <w:pStyle w:val="ListBullet"/>
        <w:numPr>
          <w:ilvl w:val="0"/>
          <w:numId w:val="0"/>
        </w:numPr>
        <w:spacing w:line="360" w:lineRule="auto"/>
        <w:ind w:left="360" w:hanging="360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• 2</w:t>
      </w:r>
      <w:r w:rsidRPr="00CF48F5">
        <w:rPr>
          <w:rFonts w:ascii="Montserrat" w:hAnsi="Montserrat"/>
          <w:color w:val="000000" w:themeColor="text1"/>
        </w:rPr>
        <w:t xml:space="preserve"> medium </w:t>
      </w:r>
      <w:proofErr w:type="gramStart"/>
      <w:r w:rsidRPr="00CF48F5">
        <w:rPr>
          <w:rFonts w:ascii="Montserrat" w:hAnsi="Montserrat"/>
          <w:color w:val="000000" w:themeColor="text1"/>
        </w:rPr>
        <w:t>tomato</w:t>
      </w:r>
      <w:proofErr w:type="gramEnd"/>
      <w:r w:rsidRPr="00CF48F5">
        <w:rPr>
          <w:rFonts w:ascii="Montserrat" w:hAnsi="Montserrat"/>
          <w:color w:val="000000" w:themeColor="text1"/>
        </w:rPr>
        <w:t>, grated</w:t>
      </w:r>
    </w:p>
    <w:p w14:paraId="43A4ED41" w14:textId="77777777" w:rsidR="00B57A6E" w:rsidRPr="00CF48F5" w:rsidRDefault="00730C2F" w:rsidP="00CF48F5">
      <w:pPr>
        <w:pStyle w:val="ListBullet"/>
        <w:numPr>
          <w:ilvl w:val="0"/>
          <w:numId w:val="0"/>
        </w:numPr>
        <w:spacing w:line="360" w:lineRule="auto"/>
        <w:ind w:left="360" w:hanging="360"/>
        <w:rPr>
          <w:rFonts w:ascii="Montserrat" w:hAnsi="Montserrat"/>
          <w:color w:val="000000" w:themeColor="text1"/>
        </w:rPr>
      </w:pPr>
      <w:r w:rsidRPr="00CF48F5">
        <w:rPr>
          <w:rFonts w:ascii="Montserrat" w:hAnsi="Montserrat"/>
          <w:color w:val="000000" w:themeColor="text1"/>
        </w:rPr>
        <w:t>• 2 eggs</w:t>
      </w:r>
    </w:p>
    <w:p w14:paraId="292EAE35" w14:textId="77777777" w:rsidR="00B57A6E" w:rsidRPr="00CF48F5" w:rsidRDefault="00730C2F" w:rsidP="00CF48F5">
      <w:pPr>
        <w:pStyle w:val="ListBullet"/>
        <w:numPr>
          <w:ilvl w:val="0"/>
          <w:numId w:val="0"/>
        </w:numPr>
        <w:spacing w:line="360" w:lineRule="auto"/>
        <w:ind w:left="360" w:hanging="360"/>
        <w:rPr>
          <w:rFonts w:ascii="Montserrat" w:hAnsi="Montserrat"/>
          <w:color w:val="000000" w:themeColor="text1"/>
        </w:rPr>
      </w:pPr>
      <w:r w:rsidRPr="00CF48F5">
        <w:rPr>
          <w:rFonts w:ascii="Montserrat" w:hAnsi="Montserrat"/>
          <w:color w:val="000000" w:themeColor="text1"/>
        </w:rPr>
        <w:t>• Salt and black pepper to taste</w:t>
      </w:r>
    </w:p>
    <w:p w14:paraId="7EDDE7B0" w14:textId="77777777" w:rsidR="00B57A6E" w:rsidRPr="00CF48F5" w:rsidRDefault="00730C2F" w:rsidP="00CF48F5">
      <w:pPr>
        <w:pStyle w:val="ListBullet"/>
        <w:numPr>
          <w:ilvl w:val="0"/>
          <w:numId w:val="0"/>
        </w:numPr>
        <w:spacing w:line="360" w:lineRule="auto"/>
        <w:ind w:left="360" w:hanging="360"/>
        <w:rPr>
          <w:rFonts w:ascii="Montserrat" w:hAnsi="Montserrat"/>
          <w:color w:val="000000" w:themeColor="text1"/>
        </w:rPr>
      </w:pPr>
      <w:r w:rsidRPr="00CF48F5">
        <w:rPr>
          <w:rFonts w:ascii="Montserrat" w:hAnsi="Montserrat"/>
          <w:color w:val="000000" w:themeColor="text1"/>
        </w:rPr>
        <w:t xml:space="preserve">• Optional: ¼ tsp </w:t>
      </w:r>
      <w:r w:rsidR="00982CCB">
        <w:rPr>
          <w:rFonts w:ascii="Montserrat" w:hAnsi="Montserrat"/>
          <w:color w:val="000000" w:themeColor="text1"/>
        </w:rPr>
        <w:t>pepper flakes</w:t>
      </w:r>
      <w:r w:rsidRPr="00CF48F5">
        <w:rPr>
          <w:rFonts w:ascii="Montserrat" w:hAnsi="Montserrat"/>
          <w:color w:val="000000" w:themeColor="text1"/>
        </w:rPr>
        <w:t xml:space="preserve"> (Aleppo pepper)</w:t>
      </w:r>
    </w:p>
    <w:p w14:paraId="220E533C" w14:textId="77777777" w:rsidR="001A09BB" w:rsidRPr="00CF48F5" w:rsidRDefault="001A09BB" w:rsidP="00CF48F5">
      <w:pPr>
        <w:spacing w:after="0" w:line="360" w:lineRule="auto"/>
        <w:rPr>
          <w:rFonts w:ascii="Montserrat" w:hAnsi="Montserrat"/>
          <w:b/>
          <w:bCs/>
          <w:color w:val="000000" w:themeColor="text1"/>
        </w:rPr>
        <w:sectPr w:rsidR="001A09BB" w:rsidRPr="00CF48F5" w:rsidSect="001A09BB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1A9BE7DC" w14:textId="77777777" w:rsidR="00B57A6E" w:rsidRPr="00CF48F5" w:rsidRDefault="00730C2F" w:rsidP="00CF48F5">
      <w:pPr>
        <w:spacing w:after="0" w:line="360" w:lineRule="auto"/>
        <w:rPr>
          <w:rFonts w:ascii="Montserrat" w:hAnsi="Montserrat"/>
          <w:b/>
          <w:bCs/>
          <w:color w:val="000000" w:themeColor="text1"/>
        </w:rPr>
      </w:pPr>
      <w:r w:rsidRPr="00CF48F5">
        <w:rPr>
          <w:rFonts w:ascii="Montserrat" w:hAnsi="Montserrat"/>
          <w:b/>
          <w:bCs/>
          <w:color w:val="000000" w:themeColor="text1"/>
        </w:rPr>
        <w:t>Method:</w:t>
      </w:r>
    </w:p>
    <w:p w14:paraId="6A1AAC33" w14:textId="77777777" w:rsidR="00B57A6E" w:rsidRPr="00CF48F5" w:rsidRDefault="00730C2F" w:rsidP="00CF48F5">
      <w:pPr>
        <w:pStyle w:val="ListNumber"/>
        <w:numPr>
          <w:ilvl w:val="0"/>
          <w:numId w:val="0"/>
        </w:numPr>
        <w:spacing w:line="360" w:lineRule="auto"/>
        <w:ind w:left="360" w:hanging="360"/>
        <w:rPr>
          <w:rFonts w:ascii="Montserrat" w:hAnsi="Montserrat"/>
          <w:color w:val="000000" w:themeColor="text1"/>
        </w:rPr>
      </w:pPr>
      <w:r w:rsidRPr="00CF48F5">
        <w:rPr>
          <w:rFonts w:ascii="Montserrat" w:hAnsi="Montserrat"/>
          <w:color w:val="000000" w:themeColor="text1"/>
        </w:rPr>
        <w:t>1. Heat olive oil in a nonstick pan over medium heat.</w:t>
      </w:r>
    </w:p>
    <w:p w14:paraId="1C4D1318" w14:textId="77777777" w:rsidR="00B57A6E" w:rsidRPr="00CF48F5" w:rsidRDefault="00730C2F" w:rsidP="00CF48F5">
      <w:pPr>
        <w:pStyle w:val="ListNumber"/>
        <w:numPr>
          <w:ilvl w:val="0"/>
          <w:numId w:val="0"/>
        </w:numPr>
        <w:spacing w:line="360" w:lineRule="auto"/>
        <w:rPr>
          <w:rFonts w:ascii="Montserrat" w:hAnsi="Montserrat"/>
          <w:color w:val="000000" w:themeColor="text1"/>
        </w:rPr>
      </w:pPr>
      <w:r w:rsidRPr="00CF48F5">
        <w:rPr>
          <w:rFonts w:ascii="Montserrat" w:hAnsi="Montserrat"/>
          <w:color w:val="000000" w:themeColor="text1"/>
        </w:rPr>
        <w:t>2. Add diced eggplant and sauté until soft and lightly browned (approx. 5 minutes).</w:t>
      </w:r>
    </w:p>
    <w:p w14:paraId="53E24F24" w14:textId="77777777" w:rsidR="00B57A6E" w:rsidRPr="00CF48F5" w:rsidRDefault="00730C2F" w:rsidP="00CF48F5">
      <w:pPr>
        <w:pStyle w:val="ListNumber"/>
        <w:numPr>
          <w:ilvl w:val="0"/>
          <w:numId w:val="0"/>
        </w:numPr>
        <w:spacing w:line="360" w:lineRule="auto"/>
        <w:rPr>
          <w:rFonts w:ascii="Montserrat" w:hAnsi="Montserrat"/>
          <w:color w:val="000000" w:themeColor="text1"/>
        </w:rPr>
      </w:pPr>
      <w:r w:rsidRPr="00CF48F5">
        <w:rPr>
          <w:rFonts w:ascii="Montserrat" w:hAnsi="Montserrat"/>
          <w:color w:val="000000" w:themeColor="text1"/>
        </w:rPr>
        <w:t>3. Add chopped green pepper and cook for 2–3 minutes until softened.</w:t>
      </w:r>
    </w:p>
    <w:p w14:paraId="2C030699" w14:textId="77777777" w:rsidR="00B57A6E" w:rsidRPr="00CF48F5" w:rsidRDefault="00730C2F" w:rsidP="00CF48F5">
      <w:pPr>
        <w:pStyle w:val="ListNumber"/>
        <w:numPr>
          <w:ilvl w:val="0"/>
          <w:numId w:val="0"/>
        </w:numPr>
        <w:spacing w:line="360" w:lineRule="auto"/>
        <w:rPr>
          <w:rFonts w:ascii="Montserrat" w:hAnsi="Montserrat"/>
          <w:color w:val="000000" w:themeColor="text1"/>
        </w:rPr>
      </w:pPr>
      <w:r w:rsidRPr="00CF48F5">
        <w:rPr>
          <w:rFonts w:ascii="Montserrat" w:hAnsi="Montserrat"/>
          <w:color w:val="000000" w:themeColor="text1"/>
        </w:rPr>
        <w:t xml:space="preserve">4. Stir in grated tomato and season with salt, pepper, and optional </w:t>
      </w:r>
      <w:r w:rsidR="00982CCB">
        <w:rPr>
          <w:rFonts w:ascii="Montserrat" w:hAnsi="Montserrat"/>
          <w:color w:val="000000" w:themeColor="text1"/>
        </w:rPr>
        <w:t>pepper flakes</w:t>
      </w:r>
      <w:r w:rsidR="008D4774">
        <w:rPr>
          <w:rFonts w:ascii="Montserrat" w:hAnsi="Montserrat"/>
          <w:color w:val="000000" w:themeColor="text1"/>
        </w:rPr>
        <w:t>8</w:t>
      </w:r>
      <w:r w:rsidRPr="00CF48F5">
        <w:rPr>
          <w:rFonts w:ascii="Montserrat" w:hAnsi="Montserrat"/>
          <w:color w:val="000000" w:themeColor="text1"/>
        </w:rPr>
        <w:t>.</w:t>
      </w:r>
    </w:p>
    <w:p w14:paraId="0B20F25A" w14:textId="77777777" w:rsidR="00B57A6E" w:rsidRPr="00CF48F5" w:rsidRDefault="00730C2F" w:rsidP="00CF48F5">
      <w:pPr>
        <w:pStyle w:val="ListNumber"/>
        <w:numPr>
          <w:ilvl w:val="0"/>
          <w:numId w:val="0"/>
        </w:numPr>
        <w:spacing w:line="360" w:lineRule="auto"/>
        <w:rPr>
          <w:rFonts w:ascii="Montserrat" w:hAnsi="Montserrat"/>
          <w:color w:val="000000" w:themeColor="text1"/>
        </w:rPr>
      </w:pPr>
      <w:r w:rsidRPr="00CF48F5">
        <w:rPr>
          <w:rFonts w:ascii="Montserrat" w:hAnsi="Montserrat"/>
          <w:color w:val="000000" w:themeColor="text1"/>
        </w:rPr>
        <w:t>5. Simmer for 2–3 minutes until slightly thickened.</w:t>
      </w:r>
    </w:p>
    <w:p w14:paraId="09FE2736" w14:textId="77777777" w:rsidR="00B57A6E" w:rsidRPr="00CF48F5" w:rsidRDefault="00730C2F" w:rsidP="00CF48F5">
      <w:pPr>
        <w:pStyle w:val="ListNumber"/>
        <w:numPr>
          <w:ilvl w:val="0"/>
          <w:numId w:val="0"/>
        </w:numPr>
        <w:spacing w:line="360" w:lineRule="auto"/>
        <w:rPr>
          <w:rFonts w:ascii="Montserrat" w:hAnsi="Montserrat"/>
          <w:color w:val="000000" w:themeColor="text1"/>
        </w:rPr>
      </w:pPr>
      <w:r w:rsidRPr="00CF48F5">
        <w:rPr>
          <w:rFonts w:ascii="Montserrat" w:hAnsi="Montserrat"/>
          <w:color w:val="000000" w:themeColor="text1"/>
        </w:rPr>
        <w:t xml:space="preserve">6. Crack eggs directly into the pan and gently scramble </w:t>
      </w:r>
      <w:proofErr w:type="gramStart"/>
      <w:r w:rsidRPr="00CF48F5">
        <w:rPr>
          <w:rFonts w:ascii="Montserrat" w:hAnsi="Montserrat"/>
          <w:color w:val="000000" w:themeColor="text1"/>
        </w:rPr>
        <w:t>until</w:t>
      </w:r>
      <w:proofErr w:type="gramEnd"/>
      <w:r w:rsidRPr="00CF48F5">
        <w:rPr>
          <w:rFonts w:ascii="Montserrat" w:hAnsi="Montserrat"/>
          <w:color w:val="000000" w:themeColor="text1"/>
        </w:rPr>
        <w:t xml:space="preserve"> just set.</w:t>
      </w:r>
    </w:p>
    <w:p w14:paraId="76330527" w14:textId="77777777" w:rsidR="001A09BB" w:rsidRPr="00CF48F5" w:rsidRDefault="00730C2F" w:rsidP="00CF48F5">
      <w:pPr>
        <w:pStyle w:val="ListNumber"/>
        <w:numPr>
          <w:ilvl w:val="0"/>
          <w:numId w:val="0"/>
        </w:numPr>
        <w:spacing w:line="360" w:lineRule="auto"/>
        <w:rPr>
          <w:rFonts w:ascii="Montserrat" w:hAnsi="Montserrat"/>
          <w:color w:val="000000" w:themeColor="text1"/>
        </w:rPr>
      </w:pPr>
      <w:r w:rsidRPr="00CF48F5">
        <w:rPr>
          <w:rFonts w:ascii="Montserrat" w:hAnsi="Montserrat"/>
          <w:color w:val="000000" w:themeColor="text1"/>
        </w:rPr>
        <w:t>7. Serve hot, optionally with bread.</w:t>
      </w:r>
    </w:p>
    <w:p w14:paraId="1E598E66" w14:textId="77777777" w:rsidR="001A09BB" w:rsidRPr="00CF48F5" w:rsidRDefault="001A09BB" w:rsidP="001A09BB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  <w:color w:val="000000" w:themeColor="text1"/>
        </w:rPr>
      </w:pPr>
    </w:p>
    <w:p w14:paraId="6CB8A1D0" w14:textId="77777777" w:rsidR="00B57A6E" w:rsidRPr="000A194A" w:rsidRDefault="00730C2F">
      <w:pPr>
        <w:rPr>
          <w:rFonts w:ascii="Montserrat" w:hAnsi="Montserrat"/>
          <w:b/>
          <w:bCs/>
          <w:color w:val="000000" w:themeColor="text1"/>
        </w:rPr>
      </w:pPr>
      <w:r w:rsidRPr="000A194A">
        <w:rPr>
          <w:rFonts w:ascii="Montserrat" w:hAnsi="Montserrat"/>
          <w:color w:val="000000" w:themeColor="text1"/>
        </w:rPr>
        <w:t>Nutritional Information (Per Serving):</w:t>
      </w:r>
      <w:r w:rsidR="000A194A">
        <w:rPr>
          <w:rFonts w:ascii="Montserrat" w:hAnsi="Montserrat"/>
          <w:b/>
          <w:bCs/>
          <w:color w:val="000000" w:themeColor="text1"/>
        </w:rPr>
        <w:t xml:space="preserve"> </w:t>
      </w:r>
      <w:r w:rsidRPr="00CF48F5">
        <w:rPr>
          <w:rFonts w:ascii="Montserrat" w:hAnsi="Montserrat"/>
          <w:color w:val="000000" w:themeColor="text1"/>
        </w:rPr>
        <w:t>~180 kcal | High in protein and fiber | Supports satiety and digestion | Vegetable-based</w:t>
      </w:r>
    </w:p>
    <w:p w14:paraId="0224A2B3" w14:textId="77777777" w:rsidR="00B57A6E" w:rsidRDefault="00B57A6E">
      <w:pPr>
        <w:rPr>
          <w:rFonts w:ascii="Montserrat" w:hAnsi="Montserrat"/>
          <w:color w:val="000000" w:themeColor="text1"/>
        </w:rPr>
      </w:pPr>
    </w:p>
    <w:p w14:paraId="241917F4" w14:textId="77777777" w:rsidR="00FB3D64" w:rsidRDefault="00FB3D64">
      <w:pPr>
        <w:rPr>
          <w:rFonts w:ascii="Montserrat" w:hAnsi="Montserrat"/>
          <w:color w:val="000000" w:themeColor="text1"/>
        </w:rPr>
      </w:pPr>
    </w:p>
    <w:p w14:paraId="1C678F0B" w14:textId="77777777" w:rsidR="00FB3D64" w:rsidRPr="00CF48F5" w:rsidRDefault="00FB3D64">
      <w:pPr>
        <w:rPr>
          <w:rFonts w:ascii="Montserrat" w:hAnsi="Montserrat"/>
          <w:color w:val="000000" w:themeColor="text1"/>
        </w:rPr>
      </w:pPr>
    </w:p>
    <w:p w14:paraId="52826380" w14:textId="77777777" w:rsidR="001A09BB" w:rsidRPr="00DA37D1" w:rsidRDefault="001A09BB">
      <w:pPr>
        <w:rPr>
          <w:rFonts w:ascii="Montserrat" w:hAnsi="Montserrat"/>
          <w:color w:val="1F497D" w:themeColor="text2"/>
          <w:sz w:val="20"/>
          <w:szCs w:val="20"/>
        </w:rPr>
      </w:pPr>
    </w:p>
    <w:p w14:paraId="6F30015D" w14:textId="77777777" w:rsidR="00DA37D1" w:rsidRPr="00DA37D1" w:rsidRDefault="00DA37D1">
      <w:pPr>
        <w:rPr>
          <w:rFonts w:ascii="Montserrat" w:hAnsi="Montserrat"/>
          <w:color w:val="000000" w:themeColor="text1"/>
          <w:sz w:val="44"/>
          <w:szCs w:val="44"/>
        </w:rPr>
      </w:pPr>
      <w:r w:rsidRPr="00DA37D1">
        <w:rPr>
          <w:rFonts w:ascii="Montserrat" w:hAnsi="Montserrat"/>
          <w:color w:val="000000" w:themeColor="text1"/>
          <w:sz w:val="44"/>
          <w:szCs w:val="44"/>
        </w:rPr>
        <w:t>20 MAY 2025</w:t>
      </w:r>
    </w:p>
    <w:p w14:paraId="1FB131CA" w14:textId="77777777" w:rsidR="00B57A6E" w:rsidRPr="00410E70" w:rsidRDefault="00730C2F" w:rsidP="003A7054">
      <w:pPr>
        <w:pStyle w:val="Heading2"/>
        <w:rPr>
          <w:b/>
        </w:rPr>
      </w:pPr>
      <w:bookmarkStart w:id="3" w:name="_Toc204960715"/>
      <w:r w:rsidRPr="00410E70">
        <w:rPr>
          <w:b/>
        </w:rPr>
        <w:t>WHOLE WHEAT BREAD WITH AVOCADO &amp; WHITE CHEESE</w:t>
      </w:r>
      <w:bookmarkEnd w:id="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2267"/>
        <w:gridCol w:w="1983"/>
        <w:gridCol w:w="2718"/>
      </w:tblGrid>
      <w:tr w:rsidR="00DA37D1" w:rsidRPr="00DA37D1" w14:paraId="2D8BFBF9" w14:textId="77777777" w:rsidTr="00CF48F5">
        <w:tc>
          <w:tcPr>
            <w:tcW w:w="1668" w:type="dxa"/>
          </w:tcPr>
          <w:p w14:paraId="6BCFE686" w14:textId="77777777" w:rsidR="00B57A6E" w:rsidRPr="00DA37D1" w:rsidRDefault="00730C2F">
            <w:pPr>
              <w:rPr>
                <w:rFonts w:ascii="Montserrat" w:hAnsi="Montserrat"/>
                <w:color w:val="000000" w:themeColor="text1"/>
              </w:rPr>
            </w:pPr>
            <w:r w:rsidRPr="00DA37D1">
              <w:rPr>
                <w:rFonts w:ascii="Montserrat" w:hAnsi="Montserrat"/>
                <w:color w:val="000000" w:themeColor="text1"/>
              </w:rPr>
              <w:t>Dish Type:</w:t>
            </w:r>
          </w:p>
        </w:tc>
        <w:tc>
          <w:tcPr>
            <w:tcW w:w="2268" w:type="dxa"/>
          </w:tcPr>
          <w:p w14:paraId="21CBA236" w14:textId="77777777" w:rsidR="00B57A6E" w:rsidRPr="00DA37D1" w:rsidRDefault="00730C2F">
            <w:pPr>
              <w:rPr>
                <w:rFonts w:ascii="Montserrat" w:hAnsi="Montserrat"/>
                <w:color w:val="000000" w:themeColor="text1"/>
              </w:rPr>
            </w:pPr>
            <w:r w:rsidRPr="00DA37D1">
              <w:rPr>
                <w:rFonts w:ascii="Montserrat" w:hAnsi="Montserrat"/>
                <w:color w:val="000000" w:themeColor="text1"/>
              </w:rPr>
              <w:t>Main (Breakfast)</w:t>
            </w:r>
          </w:p>
        </w:tc>
        <w:tc>
          <w:tcPr>
            <w:tcW w:w="1984" w:type="dxa"/>
          </w:tcPr>
          <w:p w14:paraId="1C1AAB17" w14:textId="77777777" w:rsidR="00B57A6E" w:rsidRPr="00DA37D1" w:rsidRDefault="00730C2F">
            <w:pPr>
              <w:rPr>
                <w:rFonts w:ascii="Montserrat" w:hAnsi="Montserrat"/>
                <w:color w:val="000000" w:themeColor="text1"/>
              </w:rPr>
            </w:pPr>
            <w:r w:rsidRPr="00DA37D1">
              <w:rPr>
                <w:rFonts w:ascii="Montserrat" w:hAnsi="Montserrat"/>
                <w:color w:val="000000" w:themeColor="text1"/>
              </w:rPr>
              <w:t>Yield:</w:t>
            </w:r>
          </w:p>
        </w:tc>
        <w:tc>
          <w:tcPr>
            <w:tcW w:w="2720" w:type="dxa"/>
          </w:tcPr>
          <w:p w14:paraId="4622510B" w14:textId="77777777" w:rsidR="00B57A6E" w:rsidRPr="00DA37D1" w:rsidRDefault="00730C2F">
            <w:pPr>
              <w:rPr>
                <w:rFonts w:ascii="Montserrat" w:hAnsi="Montserrat"/>
                <w:color w:val="000000" w:themeColor="text1"/>
              </w:rPr>
            </w:pPr>
            <w:r w:rsidRPr="00DA37D1">
              <w:rPr>
                <w:rFonts w:ascii="Montserrat" w:hAnsi="Montserrat"/>
                <w:color w:val="000000" w:themeColor="text1"/>
              </w:rPr>
              <w:t>2 slices (1 per serving)</w:t>
            </w:r>
          </w:p>
        </w:tc>
      </w:tr>
      <w:tr w:rsidR="00DA37D1" w:rsidRPr="00DA37D1" w14:paraId="283E941E" w14:textId="77777777" w:rsidTr="00CF48F5">
        <w:tc>
          <w:tcPr>
            <w:tcW w:w="1668" w:type="dxa"/>
          </w:tcPr>
          <w:p w14:paraId="6E4E454A" w14:textId="77777777" w:rsidR="00B57A6E" w:rsidRPr="00DA37D1" w:rsidRDefault="00730C2F">
            <w:pPr>
              <w:rPr>
                <w:rFonts w:ascii="Montserrat" w:hAnsi="Montserrat"/>
                <w:color w:val="000000" w:themeColor="text1"/>
              </w:rPr>
            </w:pPr>
            <w:r w:rsidRPr="00DA37D1">
              <w:rPr>
                <w:rFonts w:ascii="Montserrat" w:hAnsi="Montserrat"/>
                <w:color w:val="000000" w:themeColor="text1"/>
              </w:rPr>
              <w:t>Prep Time:</w:t>
            </w:r>
          </w:p>
        </w:tc>
        <w:tc>
          <w:tcPr>
            <w:tcW w:w="2268" w:type="dxa"/>
          </w:tcPr>
          <w:p w14:paraId="4BC50CD0" w14:textId="77777777" w:rsidR="00B57A6E" w:rsidRPr="00DA37D1" w:rsidRDefault="00730C2F">
            <w:pPr>
              <w:rPr>
                <w:rFonts w:ascii="Montserrat" w:hAnsi="Montserrat"/>
                <w:color w:val="000000" w:themeColor="text1"/>
              </w:rPr>
            </w:pPr>
            <w:r w:rsidRPr="00DA37D1">
              <w:rPr>
                <w:rFonts w:ascii="Montserrat" w:hAnsi="Montserrat"/>
                <w:color w:val="000000" w:themeColor="text1"/>
              </w:rPr>
              <w:t>5 minutes</w:t>
            </w:r>
          </w:p>
        </w:tc>
        <w:tc>
          <w:tcPr>
            <w:tcW w:w="1984" w:type="dxa"/>
          </w:tcPr>
          <w:p w14:paraId="618954D0" w14:textId="77777777" w:rsidR="00B57A6E" w:rsidRPr="00DA37D1" w:rsidRDefault="00730C2F">
            <w:pPr>
              <w:rPr>
                <w:rFonts w:ascii="Montserrat" w:hAnsi="Montserrat"/>
                <w:color w:val="000000" w:themeColor="text1"/>
              </w:rPr>
            </w:pPr>
            <w:r w:rsidRPr="00DA37D1">
              <w:rPr>
                <w:rFonts w:ascii="Montserrat" w:hAnsi="Montserrat"/>
                <w:color w:val="000000" w:themeColor="text1"/>
              </w:rPr>
              <w:t>Cooking Time:</w:t>
            </w:r>
          </w:p>
        </w:tc>
        <w:tc>
          <w:tcPr>
            <w:tcW w:w="2720" w:type="dxa"/>
          </w:tcPr>
          <w:p w14:paraId="6C8793D0" w14:textId="77777777" w:rsidR="00B57A6E" w:rsidRPr="00DA37D1" w:rsidRDefault="00730C2F">
            <w:pPr>
              <w:rPr>
                <w:rFonts w:ascii="Montserrat" w:hAnsi="Montserrat"/>
                <w:color w:val="000000" w:themeColor="text1"/>
              </w:rPr>
            </w:pPr>
            <w:r w:rsidRPr="00DA37D1">
              <w:rPr>
                <w:rFonts w:ascii="Montserrat" w:hAnsi="Montserrat"/>
                <w:color w:val="000000" w:themeColor="text1"/>
              </w:rPr>
              <w:t>2 minutes</w:t>
            </w:r>
          </w:p>
        </w:tc>
      </w:tr>
    </w:tbl>
    <w:p w14:paraId="03C4F8A0" w14:textId="77777777" w:rsidR="001A09BB" w:rsidRPr="00DA37D1" w:rsidRDefault="001A09BB" w:rsidP="001A09BB">
      <w:pPr>
        <w:spacing w:after="0"/>
        <w:rPr>
          <w:rFonts w:ascii="Montserrat" w:hAnsi="Montserrat"/>
          <w:b/>
          <w:bCs/>
          <w:color w:val="000000" w:themeColor="text1"/>
        </w:rPr>
      </w:pPr>
    </w:p>
    <w:p w14:paraId="3682CEAB" w14:textId="77777777" w:rsidR="00B57A6E" w:rsidRPr="00DA37D1" w:rsidRDefault="001A09BB" w:rsidP="00CF48F5">
      <w:pPr>
        <w:spacing w:after="0" w:line="360" w:lineRule="auto"/>
        <w:rPr>
          <w:rFonts w:ascii="Montserrat" w:hAnsi="Montserrat"/>
          <w:b/>
          <w:bCs/>
          <w:color w:val="000000" w:themeColor="text1"/>
        </w:rPr>
      </w:pPr>
      <w:r w:rsidRPr="00DA37D1">
        <w:rPr>
          <w:rFonts w:ascii="Montserrat" w:hAnsi="Montserrat"/>
          <w:b/>
          <w:bCs/>
          <w:color w:val="000000" w:themeColor="text1"/>
        </w:rPr>
        <w:t>Ingredients:</w:t>
      </w:r>
    </w:p>
    <w:p w14:paraId="533F46F8" w14:textId="77777777" w:rsidR="001A09BB" w:rsidRPr="00DA37D1" w:rsidRDefault="001A09BB" w:rsidP="00CF48F5">
      <w:pPr>
        <w:pStyle w:val="ListBullet"/>
        <w:spacing w:after="0" w:line="360" w:lineRule="auto"/>
        <w:rPr>
          <w:rFonts w:ascii="Montserrat" w:hAnsi="Montserrat"/>
          <w:color w:val="000000" w:themeColor="text1"/>
        </w:rPr>
        <w:sectPr w:rsidR="001A09BB" w:rsidRPr="00DA37D1" w:rsidSect="00CF48F5">
          <w:type w:val="continuous"/>
          <w:pgSz w:w="12240" w:h="15840"/>
          <w:pgMar w:top="1304" w:right="1797" w:bottom="1304" w:left="1797" w:header="720" w:footer="720" w:gutter="0"/>
          <w:cols w:space="720"/>
          <w:docGrid w:linePitch="360"/>
        </w:sectPr>
      </w:pPr>
    </w:p>
    <w:p w14:paraId="3D92718F" w14:textId="77777777" w:rsidR="00B57A6E" w:rsidRPr="00DA37D1" w:rsidRDefault="00730C2F" w:rsidP="00CF48F5">
      <w:pPr>
        <w:pStyle w:val="ListBullet"/>
        <w:spacing w:after="0" w:line="360" w:lineRule="auto"/>
        <w:rPr>
          <w:rFonts w:ascii="Montserrat" w:hAnsi="Montserrat"/>
          <w:color w:val="000000" w:themeColor="text1"/>
        </w:rPr>
      </w:pPr>
      <w:r w:rsidRPr="00DA37D1">
        <w:rPr>
          <w:rFonts w:ascii="Montserrat" w:hAnsi="Montserrat"/>
          <w:color w:val="000000" w:themeColor="text1"/>
        </w:rPr>
        <w:t xml:space="preserve">2 </w:t>
      </w:r>
      <w:proofErr w:type="gramStart"/>
      <w:r w:rsidRPr="00DA37D1">
        <w:rPr>
          <w:rFonts w:ascii="Montserrat" w:hAnsi="Montserrat"/>
          <w:color w:val="000000" w:themeColor="text1"/>
        </w:rPr>
        <w:t>slices</w:t>
      </w:r>
      <w:proofErr w:type="gramEnd"/>
      <w:r w:rsidRPr="00DA37D1">
        <w:rPr>
          <w:rFonts w:ascii="Montserrat" w:hAnsi="Montserrat"/>
          <w:color w:val="000000" w:themeColor="text1"/>
        </w:rPr>
        <w:t xml:space="preserve"> whole wheat bread</w:t>
      </w:r>
    </w:p>
    <w:p w14:paraId="361B5025" w14:textId="77777777" w:rsidR="00B57A6E" w:rsidRPr="00DA37D1" w:rsidRDefault="00730C2F" w:rsidP="00CF48F5">
      <w:pPr>
        <w:pStyle w:val="ListBullet"/>
        <w:spacing w:line="360" w:lineRule="auto"/>
        <w:rPr>
          <w:rFonts w:ascii="Montserrat" w:hAnsi="Montserrat"/>
          <w:color w:val="000000" w:themeColor="text1"/>
        </w:rPr>
      </w:pPr>
      <w:r w:rsidRPr="00DA37D1">
        <w:rPr>
          <w:rFonts w:ascii="Montserrat" w:hAnsi="Montserrat"/>
          <w:color w:val="000000" w:themeColor="text1"/>
        </w:rPr>
        <w:t>½ ripe avocado</w:t>
      </w:r>
    </w:p>
    <w:p w14:paraId="50DE6312" w14:textId="77777777" w:rsidR="001A09BB" w:rsidRPr="00DA37D1" w:rsidRDefault="001A09BB" w:rsidP="00CF48F5">
      <w:pPr>
        <w:pStyle w:val="ListBullet"/>
        <w:numPr>
          <w:ilvl w:val="0"/>
          <w:numId w:val="0"/>
        </w:numPr>
        <w:spacing w:line="360" w:lineRule="auto"/>
        <w:ind w:left="360"/>
        <w:rPr>
          <w:rFonts w:ascii="Montserrat" w:hAnsi="Montserrat"/>
          <w:color w:val="000000" w:themeColor="text1"/>
        </w:rPr>
      </w:pPr>
    </w:p>
    <w:p w14:paraId="7E8B9C40" w14:textId="77777777" w:rsidR="00B57A6E" w:rsidRPr="00DA37D1" w:rsidRDefault="00730C2F" w:rsidP="00CF48F5">
      <w:pPr>
        <w:pStyle w:val="ListBullet"/>
        <w:spacing w:line="360" w:lineRule="auto"/>
        <w:rPr>
          <w:rFonts w:ascii="Montserrat" w:hAnsi="Montserrat"/>
          <w:color w:val="000000" w:themeColor="text1"/>
        </w:rPr>
      </w:pPr>
      <w:r w:rsidRPr="00DA37D1">
        <w:rPr>
          <w:rFonts w:ascii="Montserrat" w:hAnsi="Montserrat"/>
          <w:color w:val="000000" w:themeColor="text1"/>
        </w:rPr>
        <w:t>40 g white cheese, crumbled</w:t>
      </w:r>
    </w:p>
    <w:p w14:paraId="4CF646F9" w14:textId="77777777" w:rsidR="001A09BB" w:rsidRPr="00DA37D1" w:rsidRDefault="00730C2F" w:rsidP="00CF48F5">
      <w:pPr>
        <w:pStyle w:val="ListBullet"/>
        <w:spacing w:line="360" w:lineRule="auto"/>
        <w:rPr>
          <w:rFonts w:ascii="Montserrat" w:hAnsi="Montserrat"/>
          <w:color w:val="000000" w:themeColor="text1"/>
        </w:rPr>
        <w:sectPr w:rsidR="001A09BB" w:rsidRPr="00DA37D1" w:rsidSect="001A09BB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  <w:r w:rsidRPr="00DA37D1">
        <w:rPr>
          <w:rFonts w:ascii="Montserrat" w:hAnsi="Montserrat"/>
          <w:color w:val="000000" w:themeColor="text1"/>
        </w:rPr>
        <w:t>Optional: Pinch of chili flakes or lemon zest</w:t>
      </w:r>
    </w:p>
    <w:p w14:paraId="1F0DA4E3" w14:textId="77777777" w:rsidR="00B57A6E" w:rsidRPr="00DA37D1" w:rsidRDefault="00730C2F" w:rsidP="00CF48F5">
      <w:pPr>
        <w:spacing w:after="0" w:line="360" w:lineRule="auto"/>
        <w:rPr>
          <w:rFonts w:ascii="Montserrat" w:hAnsi="Montserrat"/>
          <w:b/>
          <w:bCs/>
          <w:color w:val="000000" w:themeColor="text1"/>
        </w:rPr>
      </w:pPr>
      <w:r w:rsidRPr="00DA37D1">
        <w:rPr>
          <w:rFonts w:ascii="Montserrat" w:hAnsi="Montserrat"/>
          <w:b/>
          <w:bCs/>
          <w:color w:val="000000" w:themeColor="text1"/>
        </w:rPr>
        <w:t>Method:</w:t>
      </w:r>
    </w:p>
    <w:p w14:paraId="697B578D" w14:textId="77777777" w:rsidR="00B57A6E" w:rsidRPr="00DA37D1" w:rsidRDefault="00730C2F" w:rsidP="00CF48F5">
      <w:pPr>
        <w:pStyle w:val="ListNumber"/>
        <w:numPr>
          <w:ilvl w:val="0"/>
          <w:numId w:val="0"/>
        </w:numPr>
        <w:spacing w:after="0" w:line="360" w:lineRule="auto"/>
        <w:ind w:left="360" w:hanging="360"/>
        <w:rPr>
          <w:rFonts w:ascii="Montserrat" w:hAnsi="Montserrat"/>
          <w:color w:val="000000" w:themeColor="text1"/>
        </w:rPr>
      </w:pPr>
      <w:r w:rsidRPr="00DA37D1">
        <w:rPr>
          <w:rFonts w:ascii="Montserrat" w:hAnsi="Montserrat"/>
          <w:color w:val="000000" w:themeColor="text1"/>
        </w:rPr>
        <w:t>1. Toast the bread slices until crisp.</w:t>
      </w:r>
    </w:p>
    <w:p w14:paraId="3BDABA2D" w14:textId="77777777" w:rsidR="00B57A6E" w:rsidRPr="00DA37D1" w:rsidRDefault="00730C2F" w:rsidP="00CF48F5">
      <w:pPr>
        <w:pStyle w:val="ListNumber"/>
        <w:numPr>
          <w:ilvl w:val="0"/>
          <w:numId w:val="0"/>
        </w:numPr>
        <w:spacing w:line="360" w:lineRule="auto"/>
        <w:ind w:left="360" w:hanging="360"/>
        <w:rPr>
          <w:rFonts w:ascii="Montserrat" w:hAnsi="Montserrat"/>
          <w:color w:val="000000" w:themeColor="text1"/>
        </w:rPr>
      </w:pPr>
      <w:r w:rsidRPr="00DA37D1">
        <w:rPr>
          <w:rFonts w:ascii="Montserrat" w:hAnsi="Montserrat"/>
          <w:color w:val="000000" w:themeColor="text1"/>
        </w:rPr>
        <w:t>2. Mash avocado with a fork and spread evenly over the toast.</w:t>
      </w:r>
    </w:p>
    <w:p w14:paraId="51253726" w14:textId="77777777" w:rsidR="00B57A6E" w:rsidRPr="00DA37D1" w:rsidRDefault="00730C2F" w:rsidP="00CF48F5">
      <w:pPr>
        <w:pStyle w:val="ListNumber"/>
        <w:numPr>
          <w:ilvl w:val="0"/>
          <w:numId w:val="0"/>
        </w:numPr>
        <w:spacing w:line="360" w:lineRule="auto"/>
        <w:ind w:left="360" w:hanging="360"/>
        <w:rPr>
          <w:rFonts w:ascii="Montserrat" w:hAnsi="Montserrat"/>
          <w:color w:val="000000" w:themeColor="text1"/>
        </w:rPr>
      </w:pPr>
      <w:r w:rsidRPr="00DA37D1">
        <w:rPr>
          <w:rFonts w:ascii="Montserrat" w:hAnsi="Montserrat"/>
          <w:color w:val="000000" w:themeColor="text1"/>
        </w:rPr>
        <w:t>3. Sprinkle crumbled white cheese on top.</w:t>
      </w:r>
    </w:p>
    <w:p w14:paraId="1BC18EBD" w14:textId="77777777" w:rsidR="00B57A6E" w:rsidRPr="00DA37D1" w:rsidRDefault="00730C2F" w:rsidP="00CF48F5">
      <w:pPr>
        <w:pStyle w:val="ListNumber"/>
        <w:numPr>
          <w:ilvl w:val="0"/>
          <w:numId w:val="0"/>
        </w:numPr>
        <w:spacing w:line="360" w:lineRule="auto"/>
        <w:ind w:left="360" w:hanging="360"/>
        <w:rPr>
          <w:rFonts w:ascii="Montserrat" w:hAnsi="Montserrat"/>
          <w:color w:val="000000" w:themeColor="text1"/>
        </w:rPr>
      </w:pPr>
      <w:r w:rsidRPr="00DA37D1">
        <w:rPr>
          <w:rFonts w:ascii="Montserrat" w:hAnsi="Montserrat"/>
          <w:color w:val="000000" w:themeColor="text1"/>
        </w:rPr>
        <w:t>4. Garnish with chili flakes or lemon zest if desired. Serve immediately.</w:t>
      </w:r>
    </w:p>
    <w:p w14:paraId="6B8DABA5" w14:textId="77777777" w:rsidR="00C14754" w:rsidRPr="00DA37D1" w:rsidRDefault="00C14754" w:rsidP="001A09BB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  <w:color w:val="000000" w:themeColor="text1"/>
        </w:rPr>
      </w:pPr>
    </w:p>
    <w:p w14:paraId="34FEC19E" w14:textId="77777777" w:rsidR="001A09BB" w:rsidRPr="00DA37D1" w:rsidRDefault="00730C2F">
      <w:pPr>
        <w:rPr>
          <w:rFonts w:ascii="Montserrat" w:hAnsi="Montserrat"/>
          <w:b/>
          <w:bCs/>
          <w:color w:val="000000" w:themeColor="text1"/>
        </w:rPr>
      </w:pPr>
      <w:r w:rsidRPr="00DA37D1">
        <w:rPr>
          <w:rFonts w:ascii="Montserrat" w:hAnsi="Montserrat"/>
          <w:color w:val="000000" w:themeColor="text1"/>
        </w:rPr>
        <w:t>Nutritional Information (Per Serving):</w:t>
      </w:r>
      <w:r w:rsidR="00C14754" w:rsidRPr="00DA37D1">
        <w:rPr>
          <w:rFonts w:ascii="Montserrat" w:hAnsi="Montserrat"/>
          <w:color w:val="000000" w:themeColor="text1"/>
        </w:rPr>
        <w:t xml:space="preserve"> </w:t>
      </w:r>
      <w:r w:rsidRPr="00DA37D1">
        <w:rPr>
          <w:rFonts w:ascii="Montserrat" w:hAnsi="Montserrat"/>
          <w:color w:val="000000" w:themeColor="text1"/>
        </w:rPr>
        <w:t>~220 kcal | Rich in complex carbs and healthy fats | Helps blood sugar balance | Long-lasting energy</w:t>
      </w:r>
    </w:p>
    <w:p w14:paraId="2C569ACC" w14:textId="77777777" w:rsidR="001A09BB" w:rsidRPr="00DA37D1" w:rsidRDefault="001A09BB">
      <w:pPr>
        <w:rPr>
          <w:rFonts w:ascii="Montserrat" w:hAnsi="Montserrat"/>
          <w:color w:val="000000" w:themeColor="text1"/>
        </w:rPr>
      </w:pPr>
    </w:p>
    <w:p w14:paraId="117D5A21" w14:textId="77777777" w:rsidR="00CF48F5" w:rsidRPr="00DA37D1" w:rsidRDefault="00CF48F5">
      <w:pPr>
        <w:rPr>
          <w:rFonts w:ascii="Montserrat" w:hAnsi="Montserrat"/>
          <w:color w:val="000000" w:themeColor="text1"/>
        </w:rPr>
      </w:pPr>
    </w:p>
    <w:p w14:paraId="10F76B8C" w14:textId="77777777" w:rsidR="00CF48F5" w:rsidRDefault="00CF48F5">
      <w:pPr>
        <w:rPr>
          <w:rFonts w:ascii="Montserrat" w:hAnsi="Montserrat"/>
          <w:color w:val="000000" w:themeColor="text1"/>
        </w:rPr>
      </w:pPr>
    </w:p>
    <w:p w14:paraId="7EE59F3D" w14:textId="77777777" w:rsidR="000A194A" w:rsidRPr="00DA37D1" w:rsidRDefault="000A194A">
      <w:pPr>
        <w:rPr>
          <w:rFonts w:ascii="Montserrat" w:hAnsi="Montserrat"/>
          <w:color w:val="000000" w:themeColor="text1"/>
        </w:rPr>
      </w:pPr>
    </w:p>
    <w:p w14:paraId="4A1AEF01" w14:textId="77777777" w:rsidR="00CF48F5" w:rsidRPr="00DA37D1" w:rsidRDefault="00CF48F5">
      <w:pPr>
        <w:rPr>
          <w:rFonts w:ascii="Montserrat" w:hAnsi="Montserrat"/>
          <w:color w:val="000000" w:themeColor="text1"/>
        </w:rPr>
      </w:pPr>
    </w:p>
    <w:p w14:paraId="064FDF58" w14:textId="77777777" w:rsidR="00CF48F5" w:rsidRPr="00DA37D1" w:rsidRDefault="00CF48F5">
      <w:pPr>
        <w:rPr>
          <w:rFonts w:ascii="Montserrat" w:hAnsi="Montserrat"/>
          <w:color w:val="000000" w:themeColor="text1"/>
        </w:rPr>
      </w:pPr>
    </w:p>
    <w:p w14:paraId="4137EE9D" w14:textId="77777777" w:rsidR="00CF48F5" w:rsidRPr="00DA37D1" w:rsidRDefault="00CF48F5">
      <w:pPr>
        <w:rPr>
          <w:rFonts w:ascii="Montserrat" w:hAnsi="Montserrat"/>
          <w:color w:val="000000" w:themeColor="text1"/>
        </w:rPr>
      </w:pPr>
    </w:p>
    <w:p w14:paraId="19C9C6FE" w14:textId="77777777" w:rsidR="00CF48F5" w:rsidRPr="00DA37D1" w:rsidRDefault="00CF48F5">
      <w:pPr>
        <w:rPr>
          <w:rFonts w:ascii="Montserrat" w:hAnsi="Montserrat"/>
          <w:color w:val="000000" w:themeColor="text1"/>
        </w:rPr>
      </w:pPr>
    </w:p>
    <w:p w14:paraId="6CE3BC76" w14:textId="77777777" w:rsidR="00CF48F5" w:rsidRPr="00DA37D1" w:rsidRDefault="00CF48F5">
      <w:pPr>
        <w:rPr>
          <w:rFonts w:ascii="Montserrat" w:hAnsi="Montserrat"/>
          <w:color w:val="000000" w:themeColor="text1"/>
        </w:rPr>
      </w:pPr>
    </w:p>
    <w:p w14:paraId="77C1F1ED" w14:textId="77777777" w:rsidR="000A2CDD" w:rsidRPr="00DA37D1" w:rsidRDefault="000A2CDD">
      <w:pPr>
        <w:rPr>
          <w:rFonts w:ascii="Montserrat" w:hAnsi="Montserrat"/>
          <w:color w:val="000000" w:themeColor="text1"/>
        </w:rPr>
      </w:pPr>
    </w:p>
    <w:p w14:paraId="666B0310" w14:textId="77777777" w:rsidR="00CF48F5" w:rsidRPr="00DA37D1" w:rsidRDefault="00DA37D1">
      <w:pPr>
        <w:rPr>
          <w:rFonts w:ascii="Montserrat" w:hAnsi="Montserrat"/>
          <w:color w:val="000000" w:themeColor="text1"/>
          <w:sz w:val="44"/>
          <w:szCs w:val="44"/>
        </w:rPr>
      </w:pPr>
      <w:r w:rsidRPr="00DA37D1">
        <w:rPr>
          <w:rFonts w:ascii="Montserrat" w:hAnsi="Montserrat"/>
          <w:color w:val="000000" w:themeColor="text1"/>
          <w:sz w:val="44"/>
          <w:szCs w:val="44"/>
        </w:rPr>
        <w:t>20 MAY 2025</w:t>
      </w:r>
    </w:p>
    <w:p w14:paraId="3261614B" w14:textId="77777777" w:rsidR="00B57A6E" w:rsidRPr="00410E70" w:rsidRDefault="00730C2F" w:rsidP="003A7054">
      <w:pPr>
        <w:pStyle w:val="Heading2"/>
        <w:rPr>
          <w:b/>
        </w:rPr>
      </w:pPr>
      <w:bookmarkStart w:id="4" w:name="_Toc204960716"/>
      <w:r w:rsidRPr="00410E70">
        <w:rPr>
          <w:b/>
        </w:rPr>
        <w:t>HONEY-YOGURT OAT CUPS</w:t>
      </w:r>
      <w:bookmarkEnd w:id="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4"/>
        <w:gridCol w:w="3114"/>
        <w:gridCol w:w="1983"/>
        <w:gridCol w:w="2009"/>
      </w:tblGrid>
      <w:tr w:rsidR="00DA37D1" w:rsidRPr="00DA37D1" w14:paraId="7256EE66" w14:textId="77777777" w:rsidTr="00CF48F5">
        <w:tc>
          <w:tcPr>
            <w:tcW w:w="1526" w:type="dxa"/>
          </w:tcPr>
          <w:p w14:paraId="5CDE43F9" w14:textId="77777777" w:rsidR="00B57A6E" w:rsidRPr="00DA37D1" w:rsidRDefault="00730C2F">
            <w:pPr>
              <w:rPr>
                <w:rFonts w:ascii="Montserrat" w:hAnsi="Montserrat"/>
                <w:color w:val="000000" w:themeColor="text1"/>
              </w:rPr>
            </w:pPr>
            <w:r w:rsidRPr="00DA37D1">
              <w:rPr>
                <w:rFonts w:ascii="Montserrat" w:hAnsi="Montserrat"/>
                <w:color w:val="000000" w:themeColor="text1"/>
              </w:rPr>
              <w:t>Dish Type:</w:t>
            </w:r>
          </w:p>
        </w:tc>
        <w:tc>
          <w:tcPr>
            <w:tcW w:w="3118" w:type="dxa"/>
          </w:tcPr>
          <w:p w14:paraId="55E29D78" w14:textId="77777777" w:rsidR="00B57A6E" w:rsidRPr="00DA37D1" w:rsidRDefault="00730C2F">
            <w:pPr>
              <w:rPr>
                <w:rFonts w:ascii="Montserrat" w:hAnsi="Montserrat"/>
                <w:color w:val="000000" w:themeColor="text1"/>
              </w:rPr>
            </w:pPr>
            <w:r w:rsidRPr="00DA37D1">
              <w:rPr>
                <w:rFonts w:ascii="Montserrat" w:hAnsi="Montserrat"/>
                <w:color w:val="000000" w:themeColor="text1"/>
              </w:rPr>
              <w:t>Dessert / Light Breakfast</w:t>
            </w:r>
          </w:p>
        </w:tc>
        <w:tc>
          <w:tcPr>
            <w:tcW w:w="1985" w:type="dxa"/>
          </w:tcPr>
          <w:p w14:paraId="71BFE1A7" w14:textId="77777777" w:rsidR="00B57A6E" w:rsidRPr="00DA37D1" w:rsidRDefault="00730C2F">
            <w:pPr>
              <w:rPr>
                <w:rFonts w:ascii="Montserrat" w:hAnsi="Montserrat"/>
                <w:color w:val="000000" w:themeColor="text1"/>
              </w:rPr>
            </w:pPr>
            <w:r w:rsidRPr="00DA37D1">
              <w:rPr>
                <w:rFonts w:ascii="Montserrat" w:hAnsi="Montserrat"/>
                <w:color w:val="000000" w:themeColor="text1"/>
              </w:rPr>
              <w:t>Yield:</w:t>
            </w:r>
          </w:p>
        </w:tc>
        <w:tc>
          <w:tcPr>
            <w:tcW w:w="2011" w:type="dxa"/>
          </w:tcPr>
          <w:p w14:paraId="6940B46F" w14:textId="77777777" w:rsidR="00B57A6E" w:rsidRPr="00DA37D1" w:rsidRDefault="00730C2F">
            <w:pPr>
              <w:rPr>
                <w:rFonts w:ascii="Montserrat" w:hAnsi="Montserrat"/>
                <w:color w:val="000000" w:themeColor="text1"/>
              </w:rPr>
            </w:pPr>
            <w:r w:rsidRPr="00DA37D1">
              <w:rPr>
                <w:rFonts w:ascii="Montserrat" w:hAnsi="Montserrat"/>
                <w:color w:val="000000" w:themeColor="text1"/>
              </w:rPr>
              <w:t>2 portions</w:t>
            </w:r>
          </w:p>
        </w:tc>
      </w:tr>
      <w:tr w:rsidR="00DA37D1" w:rsidRPr="00DA37D1" w14:paraId="46D9FC1C" w14:textId="77777777" w:rsidTr="00CF48F5">
        <w:tc>
          <w:tcPr>
            <w:tcW w:w="1526" w:type="dxa"/>
          </w:tcPr>
          <w:p w14:paraId="0C04A45C" w14:textId="77777777" w:rsidR="00B57A6E" w:rsidRPr="00DA37D1" w:rsidRDefault="00730C2F">
            <w:pPr>
              <w:rPr>
                <w:rFonts w:ascii="Montserrat" w:hAnsi="Montserrat"/>
                <w:color w:val="000000" w:themeColor="text1"/>
              </w:rPr>
            </w:pPr>
            <w:r w:rsidRPr="00DA37D1">
              <w:rPr>
                <w:rFonts w:ascii="Montserrat" w:hAnsi="Montserrat"/>
                <w:color w:val="000000" w:themeColor="text1"/>
              </w:rPr>
              <w:t>Prep Time:</w:t>
            </w:r>
          </w:p>
        </w:tc>
        <w:tc>
          <w:tcPr>
            <w:tcW w:w="3118" w:type="dxa"/>
          </w:tcPr>
          <w:p w14:paraId="29222714" w14:textId="77777777" w:rsidR="00B57A6E" w:rsidRPr="00DA37D1" w:rsidRDefault="00730C2F">
            <w:pPr>
              <w:rPr>
                <w:rFonts w:ascii="Montserrat" w:hAnsi="Montserrat"/>
                <w:color w:val="000000" w:themeColor="text1"/>
              </w:rPr>
            </w:pPr>
            <w:r w:rsidRPr="00DA37D1">
              <w:rPr>
                <w:rFonts w:ascii="Montserrat" w:hAnsi="Montserrat"/>
                <w:color w:val="000000" w:themeColor="text1"/>
              </w:rPr>
              <w:t>5 minutes</w:t>
            </w:r>
          </w:p>
        </w:tc>
        <w:tc>
          <w:tcPr>
            <w:tcW w:w="1985" w:type="dxa"/>
          </w:tcPr>
          <w:p w14:paraId="1E41F2F3" w14:textId="77777777" w:rsidR="00B57A6E" w:rsidRPr="00DA37D1" w:rsidRDefault="00730C2F">
            <w:pPr>
              <w:rPr>
                <w:rFonts w:ascii="Montserrat" w:hAnsi="Montserrat"/>
                <w:color w:val="000000" w:themeColor="text1"/>
              </w:rPr>
            </w:pPr>
            <w:r w:rsidRPr="00DA37D1">
              <w:rPr>
                <w:rFonts w:ascii="Montserrat" w:hAnsi="Montserrat"/>
                <w:color w:val="000000" w:themeColor="text1"/>
              </w:rPr>
              <w:t>Cooking Time:</w:t>
            </w:r>
          </w:p>
        </w:tc>
        <w:tc>
          <w:tcPr>
            <w:tcW w:w="2011" w:type="dxa"/>
          </w:tcPr>
          <w:p w14:paraId="63120F18" w14:textId="77777777" w:rsidR="00B57A6E" w:rsidRPr="00DA37D1" w:rsidRDefault="001A09BB">
            <w:pPr>
              <w:rPr>
                <w:rFonts w:ascii="Montserrat" w:hAnsi="Montserrat"/>
                <w:color w:val="000000" w:themeColor="text1"/>
              </w:rPr>
            </w:pPr>
            <w:r w:rsidRPr="00DA37D1">
              <w:rPr>
                <w:rFonts w:ascii="Montserrat" w:hAnsi="Montserrat"/>
                <w:color w:val="000000" w:themeColor="text1"/>
              </w:rPr>
              <w:t>x</w:t>
            </w:r>
          </w:p>
        </w:tc>
      </w:tr>
    </w:tbl>
    <w:p w14:paraId="33A9A9B2" w14:textId="77777777" w:rsidR="001A09BB" w:rsidRPr="00DA37D1" w:rsidRDefault="001A09BB" w:rsidP="001A09BB">
      <w:pPr>
        <w:spacing w:after="0"/>
        <w:rPr>
          <w:rFonts w:ascii="Montserrat" w:hAnsi="Montserrat"/>
          <w:b/>
          <w:bCs/>
          <w:color w:val="000000" w:themeColor="text1"/>
        </w:rPr>
      </w:pPr>
    </w:p>
    <w:p w14:paraId="0EDFDE3E" w14:textId="77777777" w:rsidR="00B57A6E" w:rsidRPr="00DA37D1" w:rsidRDefault="00730C2F" w:rsidP="001A09BB">
      <w:pPr>
        <w:spacing w:after="0"/>
        <w:rPr>
          <w:rFonts w:ascii="Montserrat" w:hAnsi="Montserrat"/>
          <w:b/>
          <w:bCs/>
          <w:color w:val="000000" w:themeColor="text1"/>
        </w:rPr>
      </w:pPr>
      <w:r w:rsidRPr="00DA37D1">
        <w:rPr>
          <w:rFonts w:ascii="Montserrat" w:hAnsi="Montserrat"/>
          <w:b/>
          <w:bCs/>
          <w:color w:val="000000" w:themeColor="text1"/>
        </w:rPr>
        <w:t>Ingredients:</w:t>
      </w:r>
    </w:p>
    <w:p w14:paraId="3D5DBC6D" w14:textId="77777777" w:rsidR="001A09BB" w:rsidRPr="00DA37D1" w:rsidRDefault="001A09BB">
      <w:pPr>
        <w:pStyle w:val="ListBullet"/>
        <w:rPr>
          <w:rFonts w:ascii="Montserrat" w:hAnsi="Montserrat"/>
          <w:color w:val="000000" w:themeColor="text1"/>
        </w:rPr>
        <w:sectPr w:rsidR="001A09BB" w:rsidRPr="00DA37D1" w:rsidSect="001A09BB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50127B83" w14:textId="77777777" w:rsidR="00B57A6E" w:rsidRPr="00DA37D1" w:rsidRDefault="00730C2F" w:rsidP="00CF48F5">
      <w:pPr>
        <w:pStyle w:val="ListBullet"/>
        <w:spacing w:line="360" w:lineRule="auto"/>
        <w:rPr>
          <w:rFonts w:ascii="Montserrat" w:hAnsi="Montserrat"/>
          <w:color w:val="000000" w:themeColor="text1"/>
        </w:rPr>
      </w:pPr>
      <w:r w:rsidRPr="00DA37D1">
        <w:rPr>
          <w:rFonts w:ascii="Montserrat" w:hAnsi="Montserrat"/>
          <w:color w:val="000000" w:themeColor="text1"/>
        </w:rPr>
        <w:t>4 tbsp rolled oats</w:t>
      </w:r>
    </w:p>
    <w:p w14:paraId="7019293A" w14:textId="77777777" w:rsidR="00B57A6E" w:rsidRPr="00DA37D1" w:rsidRDefault="00730C2F" w:rsidP="00CF48F5">
      <w:pPr>
        <w:pStyle w:val="ListBullet"/>
        <w:spacing w:line="360" w:lineRule="auto"/>
        <w:rPr>
          <w:rFonts w:ascii="Montserrat" w:hAnsi="Montserrat"/>
          <w:color w:val="000000" w:themeColor="text1"/>
        </w:rPr>
      </w:pPr>
      <w:r w:rsidRPr="00DA37D1">
        <w:rPr>
          <w:rFonts w:ascii="Montserrat" w:hAnsi="Montserrat"/>
          <w:color w:val="000000" w:themeColor="text1"/>
        </w:rPr>
        <w:t>½ cup plain yogurt</w:t>
      </w:r>
    </w:p>
    <w:p w14:paraId="104F91B5" w14:textId="77777777" w:rsidR="001A09BB" w:rsidRPr="00DA37D1" w:rsidRDefault="001A09BB" w:rsidP="00CF48F5">
      <w:pPr>
        <w:pStyle w:val="ListBullet"/>
        <w:numPr>
          <w:ilvl w:val="0"/>
          <w:numId w:val="0"/>
        </w:numPr>
        <w:spacing w:line="360" w:lineRule="auto"/>
        <w:ind w:left="360"/>
        <w:rPr>
          <w:rFonts w:ascii="Montserrat" w:hAnsi="Montserrat"/>
          <w:color w:val="000000" w:themeColor="text1"/>
        </w:rPr>
      </w:pPr>
    </w:p>
    <w:p w14:paraId="57957524" w14:textId="77777777" w:rsidR="00B57A6E" w:rsidRPr="00DA37D1" w:rsidRDefault="00730C2F" w:rsidP="00CF48F5">
      <w:pPr>
        <w:pStyle w:val="ListBullet"/>
        <w:spacing w:line="360" w:lineRule="auto"/>
        <w:rPr>
          <w:rFonts w:ascii="Montserrat" w:hAnsi="Montserrat"/>
          <w:color w:val="000000" w:themeColor="text1"/>
        </w:rPr>
      </w:pPr>
      <w:r w:rsidRPr="00DA37D1">
        <w:rPr>
          <w:rFonts w:ascii="Montserrat" w:hAnsi="Montserrat"/>
          <w:color w:val="000000" w:themeColor="text1"/>
        </w:rPr>
        <w:t>1 tsp honey</w:t>
      </w:r>
    </w:p>
    <w:p w14:paraId="1BBBBC40" w14:textId="77777777" w:rsidR="00B57A6E" w:rsidRPr="00DA37D1" w:rsidRDefault="00730C2F" w:rsidP="00CF48F5">
      <w:pPr>
        <w:pStyle w:val="ListBullet"/>
        <w:spacing w:line="360" w:lineRule="auto"/>
        <w:rPr>
          <w:rFonts w:ascii="Montserrat" w:hAnsi="Montserrat"/>
          <w:color w:val="000000" w:themeColor="text1"/>
        </w:rPr>
      </w:pPr>
      <w:r w:rsidRPr="00DA37D1">
        <w:rPr>
          <w:rFonts w:ascii="Montserrat" w:hAnsi="Montserrat"/>
          <w:color w:val="000000" w:themeColor="text1"/>
        </w:rPr>
        <w:t>Optional: 1 tbsp crushed walnuts or seasonal dried fruit</w:t>
      </w:r>
    </w:p>
    <w:p w14:paraId="0C319262" w14:textId="77777777" w:rsidR="001A09BB" w:rsidRPr="00DA37D1" w:rsidRDefault="001A09BB">
      <w:pPr>
        <w:rPr>
          <w:rFonts w:ascii="Montserrat" w:hAnsi="Montserrat"/>
          <w:color w:val="000000" w:themeColor="text1"/>
        </w:rPr>
        <w:sectPr w:rsidR="001A09BB" w:rsidRPr="00DA37D1" w:rsidSect="001A09BB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64C976BE" w14:textId="77777777" w:rsidR="00B57A6E" w:rsidRPr="00DA37D1" w:rsidRDefault="00730C2F" w:rsidP="001A09BB">
      <w:pPr>
        <w:spacing w:after="0"/>
        <w:rPr>
          <w:rFonts w:ascii="Montserrat" w:hAnsi="Montserrat"/>
          <w:b/>
          <w:bCs/>
          <w:color w:val="000000" w:themeColor="text1"/>
        </w:rPr>
      </w:pPr>
      <w:r w:rsidRPr="00DA37D1">
        <w:rPr>
          <w:rFonts w:ascii="Montserrat" w:hAnsi="Montserrat"/>
          <w:b/>
          <w:bCs/>
          <w:color w:val="000000" w:themeColor="text1"/>
        </w:rPr>
        <w:t>Method:</w:t>
      </w:r>
    </w:p>
    <w:p w14:paraId="1FDD3942" w14:textId="77777777" w:rsidR="00B57A6E" w:rsidRPr="00DA37D1" w:rsidRDefault="00730C2F" w:rsidP="00CF48F5">
      <w:pPr>
        <w:pStyle w:val="ListNumber"/>
        <w:numPr>
          <w:ilvl w:val="0"/>
          <w:numId w:val="0"/>
        </w:numPr>
        <w:spacing w:line="360" w:lineRule="auto"/>
        <w:ind w:left="360" w:hanging="360"/>
        <w:rPr>
          <w:rFonts w:ascii="Montserrat" w:hAnsi="Montserrat"/>
          <w:color w:val="000000" w:themeColor="text1"/>
        </w:rPr>
      </w:pPr>
      <w:r w:rsidRPr="00DA37D1">
        <w:rPr>
          <w:rFonts w:ascii="Montserrat" w:hAnsi="Montserrat"/>
          <w:color w:val="000000" w:themeColor="text1"/>
        </w:rPr>
        <w:t>1. In two small bowls or cups, add 2 tbsp oats per serving.</w:t>
      </w:r>
    </w:p>
    <w:p w14:paraId="04EA517A" w14:textId="77777777" w:rsidR="00B57A6E" w:rsidRPr="00DA37D1" w:rsidRDefault="00730C2F" w:rsidP="00CF48F5">
      <w:pPr>
        <w:pStyle w:val="ListNumber"/>
        <w:numPr>
          <w:ilvl w:val="0"/>
          <w:numId w:val="0"/>
        </w:numPr>
        <w:spacing w:line="360" w:lineRule="auto"/>
        <w:ind w:left="360" w:hanging="360"/>
        <w:rPr>
          <w:rFonts w:ascii="Montserrat" w:hAnsi="Montserrat"/>
          <w:color w:val="000000" w:themeColor="text1"/>
        </w:rPr>
      </w:pPr>
      <w:r w:rsidRPr="00DA37D1">
        <w:rPr>
          <w:rFonts w:ascii="Montserrat" w:hAnsi="Montserrat"/>
          <w:color w:val="000000" w:themeColor="text1"/>
        </w:rPr>
        <w:t>2. Spoon yogurt over the oats.</w:t>
      </w:r>
    </w:p>
    <w:p w14:paraId="2C446726" w14:textId="77777777" w:rsidR="00B57A6E" w:rsidRPr="00DA37D1" w:rsidRDefault="00730C2F" w:rsidP="00CF48F5">
      <w:pPr>
        <w:pStyle w:val="ListNumber"/>
        <w:numPr>
          <w:ilvl w:val="0"/>
          <w:numId w:val="0"/>
        </w:numPr>
        <w:spacing w:line="360" w:lineRule="auto"/>
        <w:ind w:left="360" w:hanging="360"/>
        <w:rPr>
          <w:rFonts w:ascii="Montserrat" w:hAnsi="Montserrat"/>
          <w:color w:val="000000" w:themeColor="text1"/>
        </w:rPr>
      </w:pPr>
      <w:r w:rsidRPr="00DA37D1">
        <w:rPr>
          <w:rFonts w:ascii="Montserrat" w:hAnsi="Montserrat"/>
          <w:color w:val="000000" w:themeColor="text1"/>
        </w:rPr>
        <w:t>3. Drizzle with honey.</w:t>
      </w:r>
    </w:p>
    <w:p w14:paraId="5735EEA0" w14:textId="77777777" w:rsidR="00B57A6E" w:rsidRPr="00DA37D1" w:rsidRDefault="00730C2F" w:rsidP="00CF48F5">
      <w:pPr>
        <w:pStyle w:val="ListNumber"/>
        <w:numPr>
          <w:ilvl w:val="0"/>
          <w:numId w:val="0"/>
        </w:numPr>
        <w:spacing w:line="360" w:lineRule="auto"/>
        <w:ind w:left="360" w:hanging="360"/>
        <w:rPr>
          <w:rFonts w:ascii="Montserrat" w:hAnsi="Montserrat"/>
          <w:color w:val="000000" w:themeColor="text1"/>
        </w:rPr>
      </w:pPr>
      <w:r w:rsidRPr="00DA37D1">
        <w:rPr>
          <w:rFonts w:ascii="Montserrat" w:hAnsi="Montserrat"/>
          <w:color w:val="000000" w:themeColor="text1"/>
        </w:rPr>
        <w:t>4. Garnish with crushed walnuts or dried fruit if available.</w:t>
      </w:r>
    </w:p>
    <w:p w14:paraId="4B105773" w14:textId="77777777" w:rsidR="00B57A6E" w:rsidRPr="00DA37D1" w:rsidRDefault="00730C2F" w:rsidP="00CF48F5">
      <w:pPr>
        <w:pStyle w:val="ListNumber"/>
        <w:numPr>
          <w:ilvl w:val="0"/>
          <w:numId w:val="0"/>
        </w:numPr>
        <w:spacing w:line="360" w:lineRule="auto"/>
        <w:ind w:left="360" w:hanging="360"/>
        <w:rPr>
          <w:rFonts w:ascii="Montserrat" w:hAnsi="Montserrat"/>
          <w:color w:val="000000" w:themeColor="text1"/>
        </w:rPr>
      </w:pPr>
      <w:r w:rsidRPr="00DA37D1">
        <w:rPr>
          <w:rFonts w:ascii="Montserrat" w:hAnsi="Montserrat"/>
          <w:color w:val="000000" w:themeColor="text1"/>
        </w:rPr>
        <w:t>5. Chill for a few minutes or serve immediately.</w:t>
      </w:r>
    </w:p>
    <w:p w14:paraId="4CF7C320" w14:textId="77777777" w:rsidR="00C14754" w:rsidRPr="00DA37D1" w:rsidRDefault="00C14754" w:rsidP="00C14754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  <w:color w:val="000000" w:themeColor="text1"/>
        </w:rPr>
      </w:pPr>
    </w:p>
    <w:p w14:paraId="58056F20" w14:textId="77777777" w:rsidR="00C14754" w:rsidRPr="00DA37D1" w:rsidRDefault="00730C2F">
      <w:pPr>
        <w:rPr>
          <w:rFonts w:ascii="Montserrat" w:hAnsi="Montserrat"/>
          <w:color w:val="000000" w:themeColor="text1"/>
        </w:rPr>
      </w:pPr>
      <w:r w:rsidRPr="00DA37D1">
        <w:rPr>
          <w:rFonts w:ascii="Montserrat" w:hAnsi="Montserrat"/>
          <w:color w:val="000000" w:themeColor="text1"/>
        </w:rPr>
        <w:t>Nutritional Information (Per Serving):</w:t>
      </w:r>
      <w:r w:rsidR="00C14754" w:rsidRPr="00DA37D1">
        <w:rPr>
          <w:rFonts w:ascii="Montserrat" w:hAnsi="Montserrat"/>
          <w:b/>
          <w:bCs/>
          <w:color w:val="000000" w:themeColor="text1"/>
        </w:rPr>
        <w:t xml:space="preserve"> </w:t>
      </w:r>
      <w:r w:rsidRPr="00DA37D1">
        <w:rPr>
          <w:rFonts w:ascii="Montserrat" w:hAnsi="Montserrat"/>
          <w:color w:val="000000" w:themeColor="text1"/>
        </w:rPr>
        <w:t>~150 kcal | Contains probiotics | Good for digestion | Easy no-cook preparation</w:t>
      </w:r>
    </w:p>
    <w:p w14:paraId="638509EC" w14:textId="77777777" w:rsidR="00C14754" w:rsidRPr="00DA37D1" w:rsidRDefault="00C14754">
      <w:pPr>
        <w:rPr>
          <w:rFonts w:ascii="Montserrat" w:hAnsi="Montserrat"/>
          <w:b/>
          <w:bCs/>
          <w:color w:val="000000" w:themeColor="text1"/>
        </w:rPr>
      </w:pPr>
    </w:p>
    <w:p w14:paraId="01DA80C6" w14:textId="77777777" w:rsidR="00CF48F5" w:rsidRPr="00DA37D1" w:rsidRDefault="00CF48F5">
      <w:pPr>
        <w:rPr>
          <w:rFonts w:ascii="Montserrat" w:hAnsi="Montserrat"/>
          <w:b/>
          <w:bCs/>
          <w:color w:val="000000" w:themeColor="text1"/>
        </w:rPr>
      </w:pPr>
    </w:p>
    <w:p w14:paraId="368ADDD5" w14:textId="77777777" w:rsidR="00CF48F5" w:rsidRPr="00DA37D1" w:rsidRDefault="00CF48F5">
      <w:pPr>
        <w:rPr>
          <w:rFonts w:ascii="Montserrat" w:hAnsi="Montserrat"/>
          <w:b/>
          <w:bCs/>
          <w:color w:val="000000" w:themeColor="text1"/>
        </w:rPr>
      </w:pPr>
    </w:p>
    <w:p w14:paraId="086D0D2D" w14:textId="77777777" w:rsidR="00CF48F5" w:rsidRPr="00DA37D1" w:rsidRDefault="00CF48F5">
      <w:pPr>
        <w:rPr>
          <w:rFonts w:ascii="Montserrat" w:hAnsi="Montserrat"/>
          <w:b/>
          <w:bCs/>
          <w:color w:val="000000" w:themeColor="text1"/>
        </w:rPr>
      </w:pPr>
    </w:p>
    <w:p w14:paraId="5A9F24D4" w14:textId="77777777" w:rsidR="00CF48F5" w:rsidRPr="00DA37D1" w:rsidRDefault="00CF48F5">
      <w:pPr>
        <w:rPr>
          <w:rFonts w:ascii="Montserrat" w:hAnsi="Montserrat"/>
          <w:b/>
          <w:bCs/>
          <w:color w:val="000000" w:themeColor="text1"/>
        </w:rPr>
      </w:pPr>
    </w:p>
    <w:p w14:paraId="2654BCAC" w14:textId="77777777" w:rsidR="00CF48F5" w:rsidRPr="00DA37D1" w:rsidRDefault="00CF48F5">
      <w:pPr>
        <w:rPr>
          <w:rFonts w:ascii="Montserrat" w:hAnsi="Montserrat"/>
          <w:b/>
          <w:bCs/>
          <w:color w:val="000000" w:themeColor="text1"/>
        </w:rPr>
      </w:pPr>
    </w:p>
    <w:p w14:paraId="1BD6DC4B" w14:textId="77777777" w:rsidR="00CF48F5" w:rsidRPr="00DA37D1" w:rsidRDefault="00CF48F5">
      <w:pPr>
        <w:rPr>
          <w:rFonts w:ascii="Montserrat" w:hAnsi="Montserrat"/>
          <w:b/>
          <w:bCs/>
          <w:color w:val="000000" w:themeColor="text1"/>
        </w:rPr>
      </w:pPr>
    </w:p>
    <w:p w14:paraId="1CCDD981" w14:textId="77777777" w:rsidR="00CF48F5" w:rsidRPr="00DA37D1" w:rsidRDefault="00CF48F5">
      <w:pPr>
        <w:rPr>
          <w:rFonts w:ascii="Montserrat" w:hAnsi="Montserrat"/>
          <w:b/>
          <w:bCs/>
          <w:color w:val="000000" w:themeColor="text1"/>
        </w:rPr>
      </w:pPr>
    </w:p>
    <w:p w14:paraId="201DDC71" w14:textId="77777777" w:rsidR="00CF48F5" w:rsidRPr="00DA37D1" w:rsidRDefault="00CF48F5">
      <w:pPr>
        <w:rPr>
          <w:rFonts w:ascii="Montserrat" w:hAnsi="Montserrat"/>
          <w:b/>
          <w:bCs/>
          <w:color w:val="000000" w:themeColor="text1"/>
        </w:rPr>
      </w:pPr>
    </w:p>
    <w:p w14:paraId="349EA5D5" w14:textId="77777777" w:rsidR="00CF48F5" w:rsidRPr="00DA37D1" w:rsidRDefault="00CF48F5">
      <w:pPr>
        <w:rPr>
          <w:rFonts w:ascii="Montserrat" w:hAnsi="Montserrat"/>
          <w:b/>
          <w:bCs/>
          <w:color w:val="000000" w:themeColor="text1"/>
        </w:rPr>
      </w:pPr>
    </w:p>
    <w:p w14:paraId="454C9A7F" w14:textId="77777777" w:rsidR="00CF48F5" w:rsidRPr="00DA37D1" w:rsidRDefault="00DA37D1">
      <w:pPr>
        <w:rPr>
          <w:rFonts w:ascii="Montserrat" w:hAnsi="Montserrat"/>
          <w:color w:val="000000" w:themeColor="text1"/>
          <w:sz w:val="44"/>
          <w:szCs w:val="44"/>
        </w:rPr>
      </w:pPr>
      <w:r w:rsidRPr="00DA37D1">
        <w:rPr>
          <w:rFonts w:ascii="Montserrat" w:hAnsi="Montserrat"/>
          <w:color w:val="000000" w:themeColor="text1"/>
          <w:sz w:val="44"/>
          <w:szCs w:val="44"/>
        </w:rPr>
        <w:t>20 MAY 2025</w:t>
      </w:r>
    </w:p>
    <w:p w14:paraId="26CFC3DE" w14:textId="77777777" w:rsidR="00B57A6E" w:rsidRPr="00410E70" w:rsidRDefault="00730C2F" w:rsidP="003A7054">
      <w:pPr>
        <w:pStyle w:val="Heading2"/>
        <w:rPr>
          <w:b/>
        </w:rPr>
      </w:pPr>
      <w:bookmarkStart w:id="5" w:name="_Toc204960717"/>
      <w:r w:rsidRPr="00410E70">
        <w:rPr>
          <w:b/>
        </w:rPr>
        <w:t>GINGER-LEMON TEA / TURKISH BLACK TEA (UNSWEETENED)</w:t>
      </w:r>
      <w:bookmarkEnd w:id="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6"/>
        <w:gridCol w:w="2158"/>
        <w:gridCol w:w="2158"/>
        <w:gridCol w:w="2158"/>
      </w:tblGrid>
      <w:tr w:rsidR="00DA37D1" w:rsidRPr="00DA37D1" w14:paraId="2B789A91" w14:textId="77777777">
        <w:tc>
          <w:tcPr>
            <w:tcW w:w="2160" w:type="dxa"/>
          </w:tcPr>
          <w:p w14:paraId="0B99EB4D" w14:textId="77777777" w:rsidR="00B57A6E" w:rsidRPr="00DA37D1" w:rsidRDefault="00730C2F">
            <w:pPr>
              <w:rPr>
                <w:rFonts w:ascii="Montserrat" w:hAnsi="Montserrat"/>
                <w:color w:val="000000" w:themeColor="text1"/>
              </w:rPr>
            </w:pPr>
            <w:r w:rsidRPr="00DA37D1">
              <w:rPr>
                <w:rFonts w:ascii="Montserrat" w:hAnsi="Montserrat"/>
                <w:color w:val="000000" w:themeColor="text1"/>
              </w:rPr>
              <w:t>Dish Type:</w:t>
            </w:r>
          </w:p>
        </w:tc>
        <w:tc>
          <w:tcPr>
            <w:tcW w:w="2160" w:type="dxa"/>
          </w:tcPr>
          <w:p w14:paraId="2AE49FAC" w14:textId="77777777" w:rsidR="00B57A6E" w:rsidRPr="00DA37D1" w:rsidRDefault="00730C2F">
            <w:pPr>
              <w:rPr>
                <w:rFonts w:ascii="Montserrat" w:hAnsi="Montserrat"/>
                <w:color w:val="000000" w:themeColor="text1"/>
              </w:rPr>
            </w:pPr>
            <w:r w:rsidRPr="00DA37D1">
              <w:rPr>
                <w:rFonts w:ascii="Montserrat" w:hAnsi="Montserrat"/>
                <w:color w:val="000000" w:themeColor="text1"/>
              </w:rPr>
              <w:t>Beverage</w:t>
            </w:r>
          </w:p>
        </w:tc>
        <w:tc>
          <w:tcPr>
            <w:tcW w:w="2160" w:type="dxa"/>
          </w:tcPr>
          <w:p w14:paraId="1FCE53E4" w14:textId="77777777" w:rsidR="00B57A6E" w:rsidRPr="00DA37D1" w:rsidRDefault="00730C2F">
            <w:pPr>
              <w:rPr>
                <w:rFonts w:ascii="Montserrat" w:hAnsi="Montserrat"/>
                <w:color w:val="000000" w:themeColor="text1"/>
              </w:rPr>
            </w:pPr>
            <w:r w:rsidRPr="00DA37D1">
              <w:rPr>
                <w:rFonts w:ascii="Montserrat" w:hAnsi="Montserrat"/>
                <w:color w:val="000000" w:themeColor="text1"/>
              </w:rPr>
              <w:t>Yield:</w:t>
            </w:r>
          </w:p>
        </w:tc>
        <w:tc>
          <w:tcPr>
            <w:tcW w:w="2160" w:type="dxa"/>
          </w:tcPr>
          <w:p w14:paraId="49751377" w14:textId="77777777" w:rsidR="00B57A6E" w:rsidRPr="00DA37D1" w:rsidRDefault="00730C2F">
            <w:pPr>
              <w:rPr>
                <w:rFonts w:ascii="Montserrat" w:hAnsi="Montserrat"/>
                <w:color w:val="000000" w:themeColor="text1"/>
              </w:rPr>
            </w:pPr>
            <w:r w:rsidRPr="00DA37D1">
              <w:rPr>
                <w:rFonts w:ascii="Montserrat" w:hAnsi="Montserrat"/>
                <w:color w:val="000000" w:themeColor="text1"/>
              </w:rPr>
              <w:t>1 cup</w:t>
            </w:r>
          </w:p>
        </w:tc>
      </w:tr>
      <w:tr w:rsidR="00DA37D1" w:rsidRPr="00DA37D1" w14:paraId="3467CA0E" w14:textId="77777777">
        <w:tc>
          <w:tcPr>
            <w:tcW w:w="2160" w:type="dxa"/>
          </w:tcPr>
          <w:p w14:paraId="4CCE7A73" w14:textId="77777777" w:rsidR="00B57A6E" w:rsidRPr="00DA37D1" w:rsidRDefault="00730C2F">
            <w:pPr>
              <w:rPr>
                <w:rFonts w:ascii="Montserrat" w:hAnsi="Montserrat"/>
                <w:color w:val="000000" w:themeColor="text1"/>
              </w:rPr>
            </w:pPr>
            <w:r w:rsidRPr="00DA37D1">
              <w:rPr>
                <w:rFonts w:ascii="Montserrat" w:hAnsi="Montserrat"/>
                <w:color w:val="000000" w:themeColor="text1"/>
              </w:rPr>
              <w:t>Prep Time:</w:t>
            </w:r>
          </w:p>
        </w:tc>
        <w:tc>
          <w:tcPr>
            <w:tcW w:w="2160" w:type="dxa"/>
          </w:tcPr>
          <w:p w14:paraId="283C7C73" w14:textId="77777777" w:rsidR="00B57A6E" w:rsidRPr="00DA37D1" w:rsidRDefault="00730C2F">
            <w:pPr>
              <w:rPr>
                <w:rFonts w:ascii="Montserrat" w:hAnsi="Montserrat"/>
                <w:color w:val="000000" w:themeColor="text1"/>
              </w:rPr>
            </w:pPr>
            <w:r w:rsidRPr="00DA37D1">
              <w:rPr>
                <w:rFonts w:ascii="Montserrat" w:hAnsi="Montserrat"/>
                <w:color w:val="000000" w:themeColor="text1"/>
              </w:rPr>
              <w:t>2 minutes</w:t>
            </w:r>
          </w:p>
        </w:tc>
        <w:tc>
          <w:tcPr>
            <w:tcW w:w="2160" w:type="dxa"/>
          </w:tcPr>
          <w:p w14:paraId="337F061E" w14:textId="77777777" w:rsidR="00B57A6E" w:rsidRPr="00DA37D1" w:rsidRDefault="00730C2F">
            <w:pPr>
              <w:rPr>
                <w:rFonts w:ascii="Montserrat" w:hAnsi="Montserrat"/>
                <w:color w:val="000000" w:themeColor="text1"/>
              </w:rPr>
            </w:pPr>
            <w:r w:rsidRPr="00DA37D1">
              <w:rPr>
                <w:rFonts w:ascii="Montserrat" w:hAnsi="Montserrat"/>
                <w:color w:val="000000" w:themeColor="text1"/>
              </w:rPr>
              <w:t>Cooking Time:</w:t>
            </w:r>
          </w:p>
        </w:tc>
        <w:tc>
          <w:tcPr>
            <w:tcW w:w="2160" w:type="dxa"/>
          </w:tcPr>
          <w:p w14:paraId="2B1A8B89" w14:textId="77777777" w:rsidR="00B57A6E" w:rsidRPr="00DA37D1" w:rsidRDefault="00730C2F">
            <w:pPr>
              <w:rPr>
                <w:rFonts w:ascii="Montserrat" w:hAnsi="Montserrat"/>
                <w:color w:val="000000" w:themeColor="text1"/>
              </w:rPr>
            </w:pPr>
            <w:r w:rsidRPr="00DA37D1">
              <w:rPr>
                <w:rFonts w:ascii="Montserrat" w:hAnsi="Montserrat"/>
                <w:color w:val="000000" w:themeColor="text1"/>
              </w:rPr>
              <w:t>5–10 minutes</w:t>
            </w:r>
          </w:p>
        </w:tc>
      </w:tr>
    </w:tbl>
    <w:p w14:paraId="0CBF5946" w14:textId="77777777" w:rsidR="001A09BB" w:rsidRPr="00DA37D1" w:rsidRDefault="001A09BB">
      <w:pPr>
        <w:rPr>
          <w:rFonts w:ascii="Montserrat" w:hAnsi="Montserrat"/>
          <w:color w:val="000000" w:themeColor="text1"/>
        </w:rPr>
      </w:pPr>
    </w:p>
    <w:p w14:paraId="23D09245" w14:textId="77777777" w:rsidR="00B57A6E" w:rsidRPr="00DA37D1" w:rsidRDefault="00730C2F">
      <w:pPr>
        <w:rPr>
          <w:rFonts w:ascii="Montserrat" w:hAnsi="Montserrat"/>
          <w:b/>
          <w:bCs/>
          <w:color w:val="000000" w:themeColor="text1"/>
        </w:rPr>
      </w:pPr>
      <w:r w:rsidRPr="00DA37D1">
        <w:rPr>
          <w:rFonts w:ascii="Montserrat" w:hAnsi="Montserrat"/>
          <w:b/>
          <w:bCs/>
          <w:color w:val="000000" w:themeColor="text1"/>
        </w:rPr>
        <w:t>Ingredients:</w:t>
      </w:r>
    </w:p>
    <w:p w14:paraId="1388319E" w14:textId="77777777" w:rsidR="00B57A6E" w:rsidRPr="00DA37D1" w:rsidRDefault="00730C2F" w:rsidP="00C14754">
      <w:pPr>
        <w:pStyle w:val="ListBullet"/>
        <w:numPr>
          <w:ilvl w:val="0"/>
          <w:numId w:val="0"/>
        </w:numPr>
        <w:ind w:left="360" w:hanging="360"/>
        <w:rPr>
          <w:rFonts w:ascii="Montserrat" w:hAnsi="Montserrat"/>
          <w:b/>
          <w:bCs/>
          <w:color w:val="000000" w:themeColor="text1"/>
        </w:rPr>
      </w:pPr>
      <w:r w:rsidRPr="00DA37D1">
        <w:rPr>
          <w:rFonts w:ascii="Montserrat" w:hAnsi="Montserrat"/>
          <w:b/>
          <w:bCs/>
          <w:color w:val="000000" w:themeColor="text1"/>
        </w:rPr>
        <w:t>Option A – Ginger-Lemon Tea:</w:t>
      </w:r>
    </w:p>
    <w:p w14:paraId="6AE437FD" w14:textId="77777777" w:rsidR="00C14754" w:rsidRPr="00DA37D1" w:rsidRDefault="00C14754">
      <w:pPr>
        <w:pStyle w:val="ListBullet"/>
        <w:rPr>
          <w:rFonts w:ascii="Montserrat" w:hAnsi="Montserrat"/>
          <w:color w:val="000000" w:themeColor="text1"/>
        </w:rPr>
        <w:sectPr w:rsidR="00C14754" w:rsidRPr="00DA37D1" w:rsidSect="001A09BB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5044CA96" w14:textId="77777777" w:rsidR="00B57A6E" w:rsidRPr="00DA37D1" w:rsidRDefault="00730C2F">
      <w:pPr>
        <w:pStyle w:val="ListBullet"/>
        <w:rPr>
          <w:rFonts w:ascii="Montserrat" w:hAnsi="Montserrat"/>
          <w:color w:val="000000" w:themeColor="text1"/>
        </w:rPr>
      </w:pPr>
      <w:r w:rsidRPr="00DA37D1">
        <w:rPr>
          <w:rFonts w:ascii="Montserrat" w:hAnsi="Montserrat"/>
          <w:color w:val="000000" w:themeColor="text1"/>
        </w:rPr>
        <w:t>1 tsp fresh grated ginger (or ¼ tsp powdered)</w:t>
      </w:r>
    </w:p>
    <w:p w14:paraId="7A1CC90F" w14:textId="77777777" w:rsidR="00B57A6E" w:rsidRPr="00DA37D1" w:rsidRDefault="00730C2F">
      <w:pPr>
        <w:pStyle w:val="ListBullet"/>
        <w:rPr>
          <w:rFonts w:ascii="Montserrat" w:hAnsi="Montserrat"/>
          <w:color w:val="000000" w:themeColor="text1"/>
        </w:rPr>
      </w:pPr>
      <w:r w:rsidRPr="00DA37D1">
        <w:rPr>
          <w:rFonts w:ascii="Montserrat" w:hAnsi="Montserrat"/>
          <w:color w:val="000000" w:themeColor="text1"/>
        </w:rPr>
        <w:t>Juice of ¼ lemon</w:t>
      </w:r>
    </w:p>
    <w:p w14:paraId="3D5A4C38" w14:textId="77777777" w:rsidR="00B57A6E" w:rsidRPr="00DA37D1" w:rsidRDefault="00730C2F">
      <w:pPr>
        <w:pStyle w:val="ListBullet"/>
        <w:rPr>
          <w:rFonts w:ascii="Montserrat" w:hAnsi="Montserrat"/>
          <w:color w:val="000000" w:themeColor="text1"/>
        </w:rPr>
      </w:pPr>
      <w:r w:rsidRPr="00DA37D1">
        <w:rPr>
          <w:rFonts w:ascii="Montserrat" w:hAnsi="Montserrat"/>
          <w:color w:val="000000" w:themeColor="text1"/>
        </w:rPr>
        <w:t>1 cup hot water</w:t>
      </w:r>
    </w:p>
    <w:p w14:paraId="4C2ADF47" w14:textId="77777777" w:rsidR="00C14754" w:rsidRPr="00DA37D1" w:rsidRDefault="00C14754" w:rsidP="001A09BB">
      <w:pPr>
        <w:pStyle w:val="ListBullet"/>
        <w:numPr>
          <w:ilvl w:val="0"/>
          <w:numId w:val="0"/>
        </w:numPr>
        <w:ind w:left="360"/>
        <w:rPr>
          <w:rFonts w:ascii="Montserrat" w:hAnsi="Montserrat"/>
          <w:color w:val="000000" w:themeColor="text1"/>
        </w:rPr>
        <w:sectPr w:rsidR="00C14754" w:rsidRPr="00DA37D1" w:rsidSect="00C14754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23C485F4" w14:textId="77777777" w:rsidR="00B57A6E" w:rsidRPr="00DA37D1" w:rsidRDefault="00B57A6E" w:rsidP="001A09BB">
      <w:pPr>
        <w:pStyle w:val="ListBullet"/>
        <w:numPr>
          <w:ilvl w:val="0"/>
          <w:numId w:val="0"/>
        </w:numPr>
        <w:ind w:left="360"/>
        <w:rPr>
          <w:rFonts w:ascii="Montserrat" w:hAnsi="Montserrat"/>
          <w:color w:val="000000" w:themeColor="text1"/>
        </w:rPr>
      </w:pPr>
    </w:p>
    <w:p w14:paraId="4553AF57" w14:textId="77777777" w:rsidR="00B57A6E" w:rsidRPr="00DA37D1" w:rsidRDefault="00730C2F" w:rsidP="00C14754">
      <w:pPr>
        <w:pStyle w:val="ListBullet"/>
        <w:numPr>
          <w:ilvl w:val="0"/>
          <w:numId w:val="0"/>
        </w:numPr>
        <w:ind w:left="360" w:hanging="360"/>
        <w:rPr>
          <w:rFonts w:ascii="Montserrat" w:hAnsi="Montserrat"/>
          <w:b/>
          <w:bCs/>
          <w:color w:val="000000" w:themeColor="text1"/>
        </w:rPr>
      </w:pPr>
      <w:r w:rsidRPr="00DA37D1">
        <w:rPr>
          <w:rFonts w:ascii="Montserrat" w:hAnsi="Montserrat"/>
          <w:b/>
          <w:bCs/>
          <w:color w:val="000000" w:themeColor="text1"/>
        </w:rPr>
        <w:t>Option B – Turkish Black Tea:</w:t>
      </w:r>
    </w:p>
    <w:p w14:paraId="367A844F" w14:textId="77777777" w:rsidR="00C14754" w:rsidRPr="00DA37D1" w:rsidRDefault="00C14754">
      <w:pPr>
        <w:pStyle w:val="ListBullet"/>
        <w:rPr>
          <w:rFonts w:ascii="Montserrat" w:hAnsi="Montserrat"/>
          <w:color w:val="000000" w:themeColor="text1"/>
        </w:rPr>
        <w:sectPr w:rsidR="00C14754" w:rsidRPr="00DA37D1" w:rsidSect="001A09BB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15328D2A" w14:textId="77777777" w:rsidR="00B57A6E" w:rsidRPr="00DA37D1" w:rsidRDefault="00730C2F">
      <w:pPr>
        <w:pStyle w:val="ListBullet"/>
        <w:rPr>
          <w:rFonts w:ascii="Montserrat" w:hAnsi="Montserrat"/>
          <w:color w:val="000000" w:themeColor="text1"/>
        </w:rPr>
      </w:pPr>
      <w:r w:rsidRPr="00DA37D1">
        <w:rPr>
          <w:rFonts w:ascii="Montserrat" w:hAnsi="Montserrat"/>
          <w:color w:val="000000" w:themeColor="text1"/>
        </w:rPr>
        <w:t>1 tsp loose Turkish black tea</w:t>
      </w:r>
    </w:p>
    <w:p w14:paraId="4F5E3C27" w14:textId="77777777" w:rsidR="00B57A6E" w:rsidRPr="00DA37D1" w:rsidRDefault="00730C2F">
      <w:pPr>
        <w:pStyle w:val="ListBullet"/>
        <w:rPr>
          <w:rFonts w:ascii="Montserrat" w:hAnsi="Montserrat"/>
          <w:color w:val="000000" w:themeColor="text1"/>
        </w:rPr>
      </w:pPr>
      <w:r w:rsidRPr="00DA37D1">
        <w:rPr>
          <w:rFonts w:ascii="Montserrat" w:hAnsi="Montserrat"/>
          <w:color w:val="000000" w:themeColor="text1"/>
        </w:rPr>
        <w:t>1 cup hot water</w:t>
      </w:r>
    </w:p>
    <w:p w14:paraId="6D369156" w14:textId="77777777" w:rsidR="00C14754" w:rsidRPr="00DA37D1" w:rsidRDefault="00C14754">
      <w:pPr>
        <w:rPr>
          <w:rFonts w:ascii="Montserrat" w:hAnsi="Montserrat"/>
          <w:b/>
          <w:bCs/>
          <w:color w:val="000000" w:themeColor="text1"/>
        </w:rPr>
        <w:sectPr w:rsidR="00C14754" w:rsidRPr="00DA37D1" w:rsidSect="00C14754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61728308" w14:textId="77777777" w:rsidR="00C14754" w:rsidRPr="00DA37D1" w:rsidRDefault="00C14754">
      <w:pPr>
        <w:rPr>
          <w:rFonts w:ascii="Montserrat" w:hAnsi="Montserrat"/>
          <w:b/>
          <w:bCs/>
          <w:color w:val="000000" w:themeColor="text1"/>
        </w:rPr>
      </w:pPr>
    </w:p>
    <w:p w14:paraId="0119AE3D" w14:textId="77777777" w:rsidR="00B57A6E" w:rsidRPr="00DA37D1" w:rsidRDefault="00730C2F">
      <w:pPr>
        <w:rPr>
          <w:rFonts w:ascii="Montserrat" w:hAnsi="Montserrat"/>
          <w:b/>
          <w:bCs/>
          <w:color w:val="000000" w:themeColor="text1"/>
        </w:rPr>
      </w:pPr>
      <w:r w:rsidRPr="00DA37D1">
        <w:rPr>
          <w:rFonts w:ascii="Montserrat" w:hAnsi="Montserrat"/>
          <w:b/>
          <w:bCs/>
          <w:color w:val="000000" w:themeColor="text1"/>
        </w:rPr>
        <w:t>Method:</w:t>
      </w:r>
    </w:p>
    <w:p w14:paraId="513E15F4" w14:textId="77777777" w:rsidR="00B57A6E" w:rsidRPr="00DA37D1" w:rsidRDefault="00730C2F" w:rsidP="001A09BB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  <w:color w:val="000000" w:themeColor="text1"/>
        </w:rPr>
      </w:pPr>
      <w:r w:rsidRPr="00DA37D1">
        <w:rPr>
          <w:rFonts w:ascii="Montserrat" w:hAnsi="Montserrat"/>
          <w:b/>
          <w:bCs/>
          <w:color w:val="000000" w:themeColor="text1"/>
        </w:rPr>
        <w:t>Option A:</w:t>
      </w:r>
      <w:r w:rsidRPr="00DA37D1">
        <w:rPr>
          <w:rFonts w:ascii="Montserrat" w:hAnsi="Montserrat"/>
          <w:color w:val="000000" w:themeColor="text1"/>
        </w:rPr>
        <w:t xml:space="preserve"> Steep ginger in hot water for 5–7 minutes, add lemon juice, strain if needed.</w:t>
      </w:r>
    </w:p>
    <w:p w14:paraId="55DD0988" w14:textId="77777777" w:rsidR="00B57A6E" w:rsidRPr="00DA37D1" w:rsidRDefault="00730C2F" w:rsidP="001A09BB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  <w:color w:val="000000" w:themeColor="text1"/>
        </w:rPr>
      </w:pPr>
      <w:r w:rsidRPr="00DA37D1">
        <w:rPr>
          <w:rFonts w:ascii="Montserrat" w:hAnsi="Montserrat"/>
          <w:b/>
          <w:bCs/>
          <w:color w:val="000000" w:themeColor="text1"/>
        </w:rPr>
        <w:t>Option B:</w:t>
      </w:r>
      <w:r w:rsidRPr="00DA37D1">
        <w:rPr>
          <w:rFonts w:ascii="Montserrat" w:hAnsi="Montserrat"/>
          <w:color w:val="000000" w:themeColor="text1"/>
        </w:rPr>
        <w:t xml:space="preserve"> Brew tea in a </w:t>
      </w:r>
      <w:proofErr w:type="spellStart"/>
      <w:r w:rsidRPr="00DA37D1">
        <w:rPr>
          <w:rFonts w:ascii="Montserrat" w:hAnsi="Montserrat"/>
          <w:color w:val="000000" w:themeColor="text1"/>
        </w:rPr>
        <w:t>çaydanlık</w:t>
      </w:r>
      <w:proofErr w:type="spellEnd"/>
      <w:r w:rsidRPr="00DA37D1">
        <w:rPr>
          <w:rFonts w:ascii="Montserrat" w:hAnsi="Montserrat"/>
          <w:color w:val="000000" w:themeColor="text1"/>
        </w:rPr>
        <w:t xml:space="preserve"> or infuser for 10 minutes. Serve without sugar.</w:t>
      </w:r>
    </w:p>
    <w:p w14:paraId="1BC38E2F" w14:textId="77777777" w:rsidR="00C14754" w:rsidRPr="00DA37D1" w:rsidRDefault="00C14754" w:rsidP="001A09BB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  <w:color w:val="000000" w:themeColor="text1"/>
        </w:rPr>
      </w:pPr>
    </w:p>
    <w:p w14:paraId="38326A81" w14:textId="77777777" w:rsidR="00B57A6E" w:rsidRPr="00DA37D1" w:rsidRDefault="00730C2F">
      <w:pPr>
        <w:rPr>
          <w:rFonts w:ascii="Montserrat" w:hAnsi="Montserrat"/>
          <w:b/>
          <w:bCs/>
          <w:color w:val="000000" w:themeColor="text1"/>
        </w:rPr>
      </w:pPr>
      <w:r w:rsidRPr="00DA37D1">
        <w:rPr>
          <w:rFonts w:ascii="Montserrat" w:hAnsi="Montserrat"/>
          <w:color w:val="000000" w:themeColor="text1"/>
        </w:rPr>
        <w:t>Nutritional Information (Per Serving):</w:t>
      </w:r>
      <w:r w:rsidR="00C14754" w:rsidRPr="00DA37D1">
        <w:rPr>
          <w:rFonts w:ascii="Montserrat" w:hAnsi="Montserrat"/>
          <w:b/>
          <w:bCs/>
          <w:color w:val="000000" w:themeColor="text1"/>
        </w:rPr>
        <w:t xml:space="preserve"> </w:t>
      </w:r>
      <w:r w:rsidRPr="00DA37D1">
        <w:rPr>
          <w:rFonts w:ascii="Montserrat" w:hAnsi="Montserrat"/>
          <w:color w:val="000000" w:themeColor="text1"/>
        </w:rPr>
        <w:t>~5–15 kcal | Hydrating and digestive | Supports immunity | Very low energy consumption</w:t>
      </w:r>
    </w:p>
    <w:p w14:paraId="012CB102" w14:textId="77777777" w:rsidR="00B57A6E" w:rsidRDefault="00B57A6E">
      <w:pPr>
        <w:rPr>
          <w:rFonts w:ascii="Montserrat" w:hAnsi="Montserrat"/>
          <w:color w:val="000000" w:themeColor="text1"/>
        </w:rPr>
      </w:pPr>
    </w:p>
    <w:p w14:paraId="2A8F3A8C" w14:textId="77777777" w:rsidR="00DA37D1" w:rsidRDefault="00DA37D1">
      <w:pPr>
        <w:rPr>
          <w:rFonts w:ascii="Montserrat" w:hAnsi="Montserrat"/>
          <w:color w:val="000000" w:themeColor="text1"/>
        </w:rPr>
      </w:pPr>
    </w:p>
    <w:p w14:paraId="53C5D5C4" w14:textId="77777777" w:rsidR="00DA37D1" w:rsidRDefault="00DA37D1">
      <w:pPr>
        <w:rPr>
          <w:rFonts w:ascii="Montserrat" w:hAnsi="Montserrat"/>
          <w:color w:val="000000" w:themeColor="text1"/>
        </w:rPr>
      </w:pPr>
    </w:p>
    <w:p w14:paraId="67A69B6D" w14:textId="77777777" w:rsidR="00DA37D1" w:rsidRDefault="00DA37D1">
      <w:pPr>
        <w:rPr>
          <w:rFonts w:ascii="Montserrat" w:hAnsi="Montserrat"/>
          <w:color w:val="000000" w:themeColor="text1"/>
        </w:rPr>
      </w:pPr>
    </w:p>
    <w:p w14:paraId="7DA5973C" w14:textId="77777777" w:rsidR="00410E70" w:rsidRDefault="00410E70">
      <w:pPr>
        <w:rPr>
          <w:rFonts w:ascii="Montserrat" w:hAnsi="Montserrat"/>
          <w:color w:val="000000" w:themeColor="text1"/>
        </w:rPr>
      </w:pPr>
    </w:p>
    <w:p w14:paraId="54A7D58D" w14:textId="77777777" w:rsidR="001608AA" w:rsidRDefault="001608AA">
      <w:pPr>
        <w:rPr>
          <w:rFonts w:ascii="Montserrat" w:hAnsi="Montserrat"/>
          <w:color w:val="000000" w:themeColor="text1"/>
        </w:rPr>
      </w:pPr>
    </w:p>
    <w:p w14:paraId="45B86CB2" w14:textId="77777777" w:rsidR="00410E70" w:rsidRDefault="00410E70">
      <w:pPr>
        <w:rPr>
          <w:rFonts w:ascii="Montserrat" w:hAnsi="Montserrat"/>
          <w:color w:val="000000" w:themeColor="text1"/>
        </w:rPr>
      </w:pPr>
    </w:p>
    <w:p w14:paraId="4F2EC6C6" w14:textId="77777777" w:rsidR="00410E70" w:rsidRPr="00410E70" w:rsidRDefault="00410E70" w:rsidP="00410E70">
      <w:pPr>
        <w:rPr>
          <w:rFonts w:ascii="Montserrat" w:hAnsi="Montserrat"/>
          <w:color w:val="000000" w:themeColor="text1"/>
          <w:sz w:val="44"/>
        </w:rPr>
      </w:pPr>
      <w:r w:rsidRPr="00410E70">
        <w:rPr>
          <w:rFonts w:ascii="Montserrat" w:hAnsi="Montserrat"/>
          <w:color w:val="000000" w:themeColor="text1"/>
          <w:sz w:val="44"/>
        </w:rPr>
        <w:t>20 MAY 2025</w:t>
      </w:r>
    </w:p>
    <w:p w14:paraId="508C792A" w14:textId="77777777" w:rsidR="00410E70" w:rsidRPr="00410E70" w:rsidRDefault="00410E70" w:rsidP="00410E70">
      <w:pPr>
        <w:rPr>
          <w:rFonts w:ascii="Montserrat" w:hAnsi="Montserrat"/>
          <w:color w:val="000000" w:themeColor="text1"/>
          <w:sz w:val="28"/>
        </w:rPr>
      </w:pPr>
      <w:r w:rsidRPr="00410E70">
        <w:rPr>
          <w:rFonts w:ascii="Montserrat" w:hAnsi="Montserrat"/>
          <w:color w:val="000000" w:themeColor="text1"/>
          <w:sz w:val="28"/>
        </w:rPr>
        <w:t>PART 2 – BALANCED MARITIME LUNCH</w:t>
      </w:r>
    </w:p>
    <w:p w14:paraId="381114ED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________________________________________</w:t>
      </w:r>
    </w:p>
    <w:p w14:paraId="025CABAE" w14:textId="77777777" w:rsidR="00410E70" w:rsidRPr="00410E70" w:rsidRDefault="00410E70" w:rsidP="00410E70">
      <w:pPr>
        <w:rPr>
          <w:rFonts w:ascii="Montserrat" w:hAnsi="Montserrat"/>
          <w:b/>
          <w:color w:val="000000" w:themeColor="text1"/>
          <w:sz w:val="36"/>
        </w:rPr>
      </w:pPr>
      <w:r w:rsidRPr="00410E70">
        <w:rPr>
          <w:rFonts w:ascii="Montserrat" w:hAnsi="Montserrat"/>
          <w:b/>
          <w:color w:val="000000" w:themeColor="text1"/>
          <w:sz w:val="36"/>
        </w:rPr>
        <w:t>SALMON EN PAPILLOTE WITH MEDITERRANEAN RATATOUILLE</w:t>
      </w:r>
    </w:p>
    <w:p w14:paraId="3832F50C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Dish Type:</w:t>
      </w:r>
      <w:r>
        <w:rPr>
          <w:rFonts w:ascii="Montserrat" w:hAnsi="Montserrat"/>
          <w:color w:val="000000" w:themeColor="text1"/>
        </w:rPr>
        <w:t xml:space="preserve"> </w:t>
      </w:r>
      <w:r w:rsidRPr="00410E70">
        <w:rPr>
          <w:rFonts w:ascii="Montserrat" w:hAnsi="Montserrat"/>
          <w:color w:val="000000" w:themeColor="text1"/>
        </w:rPr>
        <w:t>Main</w:t>
      </w:r>
    </w:p>
    <w:p w14:paraId="15EFA81A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Yield:</w:t>
      </w:r>
      <w:r>
        <w:rPr>
          <w:rFonts w:ascii="Montserrat" w:hAnsi="Montserrat"/>
          <w:color w:val="000000" w:themeColor="text1"/>
        </w:rPr>
        <w:t xml:space="preserve"> </w:t>
      </w:r>
      <w:r w:rsidRPr="00410E70">
        <w:rPr>
          <w:rFonts w:ascii="Montserrat" w:hAnsi="Montserrat"/>
          <w:color w:val="000000" w:themeColor="text1"/>
        </w:rPr>
        <w:t>2 servings</w:t>
      </w:r>
    </w:p>
    <w:p w14:paraId="2610B6A7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Prep Time:</w:t>
      </w:r>
      <w:r>
        <w:rPr>
          <w:rFonts w:ascii="Montserrat" w:hAnsi="Montserrat"/>
          <w:color w:val="000000" w:themeColor="text1"/>
        </w:rPr>
        <w:t xml:space="preserve"> </w:t>
      </w:r>
      <w:r w:rsidRPr="00410E70">
        <w:rPr>
          <w:rFonts w:ascii="Montserrat" w:hAnsi="Montserrat"/>
          <w:color w:val="000000" w:themeColor="text1"/>
        </w:rPr>
        <w:t>10 minutes</w:t>
      </w:r>
    </w:p>
    <w:p w14:paraId="6A3BE9E6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Cooking Time:</w:t>
      </w:r>
      <w:r>
        <w:rPr>
          <w:rFonts w:ascii="Montserrat" w:hAnsi="Montserrat"/>
          <w:color w:val="000000" w:themeColor="text1"/>
        </w:rPr>
        <w:t xml:space="preserve"> </w:t>
      </w:r>
      <w:r w:rsidRPr="00410E70">
        <w:rPr>
          <w:rFonts w:ascii="Montserrat" w:hAnsi="Montserrat"/>
          <w:color w:val="000000" w:themeColor="text1"/>
        </w:rPr>
        <w:t>20–25 minutes</w:t>
      </w:r>
    </w:p>
    <w:p w14:paraId="17891677" w14:textId="77777777" w:rsidR="00410E70" w:rsidRPr="00410E70" w:rsidRDefault="00410E70" w:rsidP="00410E70">
      <w:pPr>
        <w:rPr>
          <w:rFonts w:ascii="Montserrat" w:hAnsi="Montserrat"/>
          <w:b/>
          <w:color w:val="000000" w:themeColor="text1"/>
        </w:rPr>
      </w:pPr>
      <w:r w:rsidRPr="00410E70">
        <w:rPr>
          <w:rFonts w:ascii="Montserrat" w:hAnsi="Montserrat"/>
          <w:b/>
          <w:color w:val="000000" w:themeColor="text1"/>
        </w:rPr>
        <w:t>Ingredients:</w:t>
      </w:r>
    </w:p>
    <w:p w14:paraId="012F9B04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•</w:t>
      </w:r>
      <w:r w:rsidRPr="00410E70">
        <w:rPr>
          <w:rFonts w:ascii="Montserrat" w:hAnsi="Montserrat"/>
          <w:color w:val="000000" w:themeColor="text1"/>
        </w:rPr>
        <w:tab/>
        <w:t>2 salmon fillets (approx. 120 g each)</w:t>
      </w:r>
    </w:p>
    <w:p w14:paraId="1A5A9C62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•</w:t>
      </w:r>
      <w:r w:rsidRPr="00410E70">
        <w:rPr>
          <w:rFonts w:ascii="Montserrat" w:hAnsi="Montserrat"/>
          <w:color w:val="000000" w:themeColor="text1"/>
        </w:rPr>
        <w:tab/>
        <w:t>1 small zucchini, sliced</w:t>
      </w:r>
    </w:p>
    <w:p w14:paraId="212E0A5C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•</w:t>
      </w:r>
      <w:r w:rsidRPr="00410E70">
        <w:rPr>
          <w:rFonts w:ascii="Montserrat" w:hAnsi="Montserrat"/>
          <w:color w:val="000000" w:themeColor="text1"/>
        </w:rPr>
        <w:tab/>
        <w:t>1 small eggplant, diced</w:t>
      </w:r>
    </w:p>
    <w:p w14:paraId="7E503795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•</w:t>
      </w:r>
      <w:r w:rsidRPr="00410E70">
        <w:rPr>
          <w:rFonts w:ascii="Montserrat" w:hAnsi="Montserrat"/>
          <w:color w:val="000000" w:themeColor="text1"/>
        </w:rPr>
        <w:tab/>
        <w:t>1 small red bell pepper, sliced</w:t>
      </w:r>
    </w:p>
    <w:p w14:paraId="6671549D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•</w:t>
      </w:r>
      <w:r w:rsidRPr="00410E70">
        <w:rPr>
          <w:rFonts w:ascii="Montserrat" w:hAnsi="Montserrat"/>
          <w:color w:val="000000" w:themeColor="text1"/>
        </w:rPr>
        <w:tab/>
        <w:t>1 small onion, thinly sliced</w:t>
      </w:r>
    </w:p>
    <w:p w14:paraId="24C7E879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•</w:t>
      </w:r>
      <w:r w:rsidRPr="00410E70">
        <w:rPr>
          <w:rFonts w:ascii="Montserrat" w:hAnsi="Montserrat"/>
          <w:color w:val="000000" w:themeColor="text1"/>
        </w:rPr>
        <w:tab/>
        <w:t>1 small tomato, chopped</w:t>
      </w:r>
    </w:p>
    <w:p w14:paraId="242E30D7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•</w:t>
      </w:r>
      <w:r w:rsidRPr="00410E70">
        <w:rPr>
          <w:rFonts w:ascii="Montserrat" w:hAnsi="Montserrat"/>
          <w:color w:val="000000" w:themeColor="text1"/>
        </w:rPr>
        <w:tab/>
        <w:t>1 tbsp olive oil</w:t>
      </w:r>
    </w:p>
    <w:p w14:paraId="1B147B81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•</w:t>
      </w:r>
      <w:r w:rsidRPr="00410E70">
        <w:rPr>
          <w:rFonts w:ascii="Montserrat" w:hAnsi="Montserrat"/>
          <w:color w:val="000000" w:themeColor="text1"/>
        </w:rPr>
        <w:tab/>
        <w:t>Salt and black pepper to taste</w:t>
      </w:r>
    </w:p>
    <w:p w14:paraId="7BD2BDB4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•</w:t>
      </w:r>
      <w:r w:rsidRPr="00410E70">
        <w:rPr>
          <w:rFonts w:ascii="Montserrat" w:hAnsi="Montserrat"/>
          <w:color w:val="000000" w:themeColor="text1"/>
        </w:rPr>
        <w:tab/>
        <w:t>Optional: fresh thyme or rosemary</w:t>
      </w:r>
    </w:p>
    <w:p w14:paraId="5EC4AB48" w14:textId="77777777" w:rsid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•</w:t>
      </w:r>
      <w:r w:rsidRPr="00410E70">
        <w:rPr>
          <w:rFonts w:ascii="Montserrat" w:hAnsi="Montserrat"/>
          <w:color w:val="000000" w:themeColor="text1"/>
        </w:rPr>
        <w:tab/>
        <w:t>2 sheets of parchment paper</w:t>
      </w:r>
    </w:p>
    <w:p w14:paraId="39EBE3F7" w14:textId="77777777" w:rsidR="00410E70" w:rsidRDefault="00410E70" w:rsidP="00410E70">
      <w:pPr>
        <w:rPr>
          <w:rFonts w:ascii="Montserrat" w:hAnsi="Montserrat"/>
          <w:color w:val="000000" w:themeColor="text1"/>
        </w:rPr>
      </w:pPr>
    </w:p>
    <w:p w14:paraId="29954968" w14:textId="77777777" w:rsidR="00410E70" w:rsidRDefault="00410E70" w:rsidP="00410E70">
      <w:pPr>
        <w:rPr>
          <w:rFonts w:ascii="Montserrat" w:hAnsi="Montserrat"/>
          <w:color w:val="000000" w:themeColor="text1"/>
        </w:rPr>
      </w:pPr>
    </w:p>
    <w:p w14:paraId="5F2DE9FB" w14:textId="77777777" w:rsidR="00410E70" w:rsidRDefault="00410E70" w:rsidP="00410E70">
      <w:pPr>
        <w:rPr>
          <w:rFonts w:ascii="Montserrat" w:hAnsi="Montserrat"/>
          <w:color w:val="000000" w:themeColor="text1"/>
        </w:rPr>
      </w:pPr>
    </w:p>
    <w:p w14:paraId="7F761BCB" w14:textId="77777777" w:rsidR="00410E70" w:rsidRDefault="00410E70" w:rsidP="00410E70">
      <w:pPr>
        <w:rPr>
          <w:rFonts w:ascii="Montserrat" w:hAnsi="Montserrat"/>
          <w:color w:val="000000" w:themeColor="text1"/>
        </w:rPr>
      </w:pPr>
    </w:p>
    <w:p w14:paraId="7115443D" w14:textId="77777777" w:rsidR="00410E70" w:rsidRDefault="00410E70" w:rsidP="00410E70">
      <w:pPr>
        <w:rPr>
          <w:rFonts w:ascii="Montserrat" w:hAnsi="Montserrat"/>
          <w:color w:val="000000" w:themeColor="text1"/>
        </w:rPr>
      </w:pPr>
    </w:p>
    <w:p w14:paraId="57E7BDFD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</w:p>
    <w:p w14:paraId="7070670D" w14:textId="77777777" w:rsidR="00410E70" w:rsidRPr="00410E70" w:rsidRDefault="00410E70" w:rsidP="00410E70">
      <w:pPr>
        <w:rPr>
          <w:rFonts w:ascii="Montserrat" w:hAnsi="Montserrat"/>
          <w:b/>
          <w:color w:val="000000" w:themeColor="text1"/>
        </w:rPr>
      </w:pPr>
      <w:r w:rsidRPr="00410E70">
        <w:rPr>
          <w:rFonts w:ascii="Montserrat" w:hAnsi="Montserrat"/>
          <w:b/>
          <w:color w:val="000000" w:themeColor="text1"/>
        </w:rPr>
        <w:t>Method:</w:t>
      </w:r>
    </w:p>
    <w:p w14:paraId="232E5D41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1.</w:t>
      </w:r>
      <w:r w:rsidRPr="00410E70">
        <w:rPr>
          <w:rFonts w:ascii="Montserrat" w:hAnsi="Montserrat"/>
          <w:color w:val="000000" w:themeColor="text1"/>
        </w:rPr>
        <w:tab/>
        <w:t>Preheat oven to 180°C (350°F).</w:t>
      </w:r>
    </w:p>
    <w:p w14:paraId="44BC4015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2.</w:t>
      </w:r>
      <w:r w:rsidRPr="00410E70">
        <w:rPr>
          <w:rFonts w:ascii="Montserrat" w:hAnsi="Montserrat"/>
          <w:color w:val="000000" w:themeColor="text1"/>
        </w:rPr>
        <w:tab/>
        <w:t>Toss all vegetables with olive oil, salt, pepper, and optional herbs.</w:t>
      </w:r>
    </w:p>
    <w:p w14:paraId="04F34BAF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3.</w:t>
      </w:r>
      <w:r w:rsidRPr="00410E70">
        <w:rPr>
          <w:rFonts w:ascii="Montserrat" w:hAnsi="Montserrat"/>
          <w:color w:val="000000" w:themeColor="text1"/>
        </w:rPr>
        <w:tab/>
        <w:t xml:space="preserve">Lay out parchment paper sheets. Divide vegetables evenly </w:t>
      </w:r>
      <w:proofErr w:type="gramStart"/>
      <w:r w:rsidRPr="00410E70">
        <w:rPr>
          <w:rFonts w:ascii="Montserrat" w:hAnsi="Montserrat"/>
          <w:color w:val="000000" w:themeColor="text1"/>
        </w:rPr>
        <w:t>in</w:t>
      </w:r>
      <w:proofErr w:type="gramEnd"/>
      <w:r w:rsidRPr="00410E70">
        <w:rPr>
          <w:rFonts w:ascii="Montserrat" w:hAnsi="Montserrat"/>
          <w:color w:val="000000" w:themeColor="text1"/>
        </w:rPr>
        <w:t xml:space="preserve"> the center of each.</w:t>
      </w:r>
    </w:p>
    <w:p w14:paraId="04AB3B30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4.</w:t>
      </w:r>
      <w:r w:rsidRPr="00410E70">
        <w:rPr>
          <w:rFonts w:ascii="Montserrat" w:hAnsi="Montserrat"/>
          <w:color w:val="000000" w:themeColor="text1"/>
        </w:rPr>
        <w:tab/>
        <w:t>Place a salmon fillet on top of the vegetables. Season the salmon with salt and pepper.</w:t>
      </w:r>
    </w:p>
    <w:p w14:paraId="380A6645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5.</w:t>
      </w:r>
      <w:r w:rsidRPr="00410E70">
        <w:rPr>
          <w:rFonts w:ascii="Montserrat" w:hAnsi="Montserrat"/>
          <w:color w:val="000000" w:themeColor="text1"/>
        </w:rPr>
        <w:tab/>
        <w:t>Fold parchment paper into a sealed packet (</w:t>
      </w:r>
      <w:proofErr w:type="spellStart"/>
      <w:r w:rsidRPr="00410E70">
        <w:rPr>
          <w:rFonts w:ascii="Montserrat" w:hAnsi="Montserrat"/>
          <w:color w:val="000000" w:themeColor="text1"/>
        </w:rPr>
        <w:t>en</w:t>
      </w:r>
      <w:proofErr w:type="spellEnd"/>
      <w:r w:rsidRPr="00410E70">
        <w:rPr>
          <w:rFonts w:ascii="Montserrat" w:hAnsi="Montserrat"/>
          <w:color w:val="000000" w:themeColor="text1"/>
        </w:rPr>
        <w:t xml:space="preserve"> papillote).</w:t>
      </w:r>
    </w:p>
    <w:p w14:paraId="02024A00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6.</w:t>
      </w:r>
      <w:r w:rsidRPr="00410E70">
        <w:rPr>
          <w:rFonts w:ascii="Montserrat" w:hAnsi="Montserrat"/>
          <w:color w:val="000000" w:themeColor="text1"/>
        </w:rPr>
        <w:tab/>
        <w:t>Bake for 20–25 minutes</w:t>
      </w:r>
      <w:r w:rsidR="00673E48">
        <w:rPr>
          <w:rFonts w:ascii="Montserrat" w:hAnsi="Montserrat"/>
          <w:color w:val="000000" w:themeColor="text1"/>
        </w:rPr>
        <w:t xml:space="preserve"> at 190 C</w:t>
      </w:r>
      <w:r w:rsidRPr="00410E70">
        <w:rPr>
          <w:rFonts w:ascii="Montserrat" w:hAnsi="Montserrat"/>
          <w:color w:val="000000" w:themeColor="text1"/>
        </w:rPr>
        <w:t xml:space="preserve"> until salmon is cooked through and vegetables are tender.</w:t>
      </w:r>
    </w:p>
    <w:p w14:paraId="2CDD88D0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7.</w:t>
      </w:r>
      <w:r w:rsidRPr="00410E70">
        <w:rPr>
          <w:rFonts w:ascii="Montserrat" w:hAnsi="Montserrat"/>
          <w:color w:val="000000" w:themeColor="text1"/>
        </w:rPr>
        <w:tab/>
        <w:t>Serve directly in parchment or plate with packet opened for steam effect.</w:t>
      </w:r>
    </w:p>
    <w:p w14:paraId="49D670DA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Nutritional Information (Per Serving):</w:t>
      </w:r>
    </w:p>
    <w:p w14:paraId="42B42B25" w14:textId="77777777" w:rsid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~400 kcal | Rich in Omega-3s | Heart-healthy | Oven-baked for low energy use | Minimal cleanup</w:t>
      </w:r>
    </w:p>
    <w:p w14:paraId="14E7FD04" w14:textId="77777777" w:rsidR="00410E70" w:rsidRDefault="00410E70" w:rsidP="00410E70">
      <w:pPr>
        <w:rPr>
          <w:rFonts w:ascii="Montserrat" w:hAnsi="Montserrat"/>
          <w:color w:val="000000" w:themeColor="text1"/>
        </w:rPr>
      </w:pPr>
    </w:p>
    <w:p w14:paraId="22E23C60" w14:textId="77777777" w:rsidR="00410E70" w:rsidRDefault="00410E70" w:rsidP="00410E70">
      <w:pPr>
        <w:rPr>
          <w:rFonts w:ascii="Montserrat" w:hAnsi="Montserrat"/>
          <w:color w:val="000000" w:themeColor="text1"/>
        </w:rPr>
      </w:pPr>
    </w:p>
    <w:p w14:paraId="5C32F202" w14:textId="77777777" w:rsidR="00410E70" w:rsidRDefault="00410E70" w:rsidP="00410E70">
      <w:pPr>
        <w:rPr>
          <w:rFonts w:ascii="Montserrat" w:hAnsi="Montserrat"/>
          <w:color w:val="000000" w:themeColor="text1"/>
        </w:rPr>
      </w:pPr>
    </w:p>
    <w:p w14:paraId="297B2D57" w14:textId="77777777" w:rsidR="00410E70" w:rsidRDefault="00410E70" w:rsidP="00410E70">
      <w:pPr>
        <w:rPr>
          <w:rFonts w:ascii="Montserrat" w:hAnsi="Montserrat"/>
          <w:color w:val="000000" w:themeColor="text1"/>
        </w:rPr>
      </w:pPr>
    </w:p>
    <w:p w14:paraId="75872AAF" w14:textId="77777777" w:rsidR="00410E70" w:rsidRDefault="00410E70" w:rsidP="00410E70">
      <w:pPr>
        <w:rPr>
          <w:rFonts w:ascii="Montserrat" w:hAnsi="Montserrat"/>
          <w:color w:val="000000" w:themeColor="text1"/>
        </w:rPr>
      </w:pPr>
    </w:p>
    <w:p w14:paraId="5D7D71BC" w14:textId="77777777" w:rsidR="00410E70" w:rsidRDefault="00410E70" w:rsidP="00410E70">
      <w:pPr>
        <w:rPr>
          <w:rFonts w:ascii="Montserrat" w:hAnsi="Montserrat"/>
          <w:color w:val="000000" w:themeColor="text1"/>
        </w:rPr>
      </w:pPr>
    </w:p>
    <w:p w14:paraId="3081245F" w14:textId="77777777" w:rsidR="00410E70" w:rsidRDefault="00410E70" w:rsidP="00410E70">
      <w:pPr>
        <w:rPr>
          <w:rFonts w:ascii="Montserrat" w:hAnsi="Montserrat"/>
          <w:color w:val="000000" w:themeColor="text1"/>
        </w:rPr>
      </w:pPr>
    </w:p>
    <w:p w14:paraId="655D19A4" w14:textId="77777777" w:rsidR="00410E70" w:rsidRDefault="00410E70" w:rsidP="00410E70">
      <w:pPr>
        <w:rPr>
          <w:rFonts w:ascii="Montserrat" w:hAnsi="Montserrat"/>
          <w:color w:val="000000" w:themeColor="text1"/>
        </w:rPr>
      </w:pPr>
    </w:p>
    <w:p w14:paraId="3FAD8D35" w14:textId="77777777" w:rsidR="00410E70" w:rsidRDefault="00410E70" w:rsidP="00410E70">
      <w:pPr>
        <w:rPr>
          <w:rFonts w:ascii="Montserrat" w:hAnsi="Montserrat"/>
          <w:color w:val="000000" w:themeColor="text1"/>
        </w:rPr>
      </w:pPr>
    </w:p>
    <w:p w14:paraId="000F01ED" w14:textId="77777777" w:rsidR="00410E70" w:rsidRDefault="00410E70" w:rsidP="00410E70">
      <w:pPr>
        <w:rPr>
          <w:rFonts w:ascii="Montserrat" w:hAnsi="Montserrat"/>
          <w:color w:val="000000" w:themeColor="text1"/>
        </w:rPr>
      </w:pPr>
    </w:p>
    <w:p w14:paraId="480F1121" w14:textId="77777777" w:rsidR="00410E70" w:rsidRPr="00410E70" w:rsidRDefault="00410E70" w:rsidP="00410E70">
      <w:pPr>
        <w:rPr>
          <w:rFonts w:ascii="Montserrat" w:hAnsi="Montserrat"/>
          <w:color w:val="000000" w:themeColor="text1"/>
          <w:sz w:val="44"/>
          <w:szCs w:val="44"/>
        </w:rPr>
      </w:pPr>
      <w:r w:rsidRPr="00410E70">
        <w:rPr>
          <w:rFonts w:ascii="Montserrat" w:hAnsi="Montserrat"/>
          <w:color w:val="000000" w:themeColor="text1"/>
          <w:sz w:val="44"/>
          <w:szCs w:val="44"/>
        </w:rPr>
        <w:t>20 MAY 2025</w:t>
      </w:r>
    </w:p>
    <w:p w14:paraId="0510F2E9" w14:textId="77777777" w:rsidR="00410E70" w:rsidRPr="00410E70" w:rsidRDefault="00410E70" w:rsidP="00410E70">
      <w:pPr>
        <w:rPr>
          <w:rFonts w:ascii="Montserrat" w:hAnsi="Montserrat"/>
          <w:b/>
          <w:color w:val="000000" w:themeColor="text1"/>
          <w:sz w:val="30"/>
          <w:szCs w:val="36"/>
        </w:rPr>
      </w:pPr>
      <w:r w:rsidRPr="00410E70">
        <w:rPr>
          <w:rFonts w:ascii="Montserrat" w:hAnsi="Montserrat"/>
          <w:b/>
          <w:color w:val="000000" w:themeColor="text1"/>
          <w:sz w:val="30"/>
          <w:szCs w:val="36"/>
        </w:rPr>
        <w:t>CHICKEN STIR-FRY WITH VEGETABLES AND BROWN RICE</w:t>
      </w:r>
    </w:p>
    <w:p w14:paraId="764398E7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Dish Type:</w:t>
      </w:r>
      <w:r>
        <w:rPr>
          <w:rFonts w:ascii="Montserrat" w:hAnsi="Montserrat"/>
          <w:color w:val="000000" w:themeColor="text1"/>
        </w:rPr>
        <w:t xml:space="preserve"> </w:t>
      </w:r>
      <w:r w:rsidRPr="00410E70">
        <w:rPr>
          <w:rFonts w:ascii="Montserrat" w:hAnsi="Montserrat"/>
          <w:color w:val="000000" w:themeColor="text1"/>
        </w:rPr>
        <w:t>Main</w:t>
      </w:r>
      <w:r w:rsidR="001608AA">
        <w:rPr>
          <w:rFonts w:ascii="Montserrat" w:hAnsi="Montserrat"/>
          <w:color w:val="000000" w:themeColor="text1"/>
        </w:rPr>
        <w:t xml:space="preserve">, </w:t>
      </w:r>
      <w:r w:rsidRPr="00410E70">
        <w:rPr>
          <w:rFonts w:ascii="Montserrat" w:hAnsi="Montserrat"/>
          <w:color w:val="000000" w:themeColor="text1"/>
        </w:rPr>
        <w:t>Yield:</w:t>
      </w:r>
      <w:r>
        <w:rPr>
          <w:rFonts w:ascii="Montserrat" w:hAnsi="Montserrat"/>
          <w:color w:val="000000" w:themeColor="text1"/>
        </w:rPr>
        <w:t xml:space="preserve"> </w:t>
      </w:r>
      <w:r w:rsidRPr="00410E70">
        <w:rPr>
          <w:rFonts w:ascii="Montserrat" w:hAnsi="Montserrat"/>
          <w:color w:val="000000" w:themeColor="text1"/>
        </w:rPr>
        <w:t>2 servings</w:t>
      </w:r>
    </w:p>
    <w:p w14:paraId="1A4DC1F8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Prep Time:</w:t>
      </w:r>
      <w:r>
        <w:rPr>
          <w:rFonts w:ascii="Montserrat" w:hAnsi="Montserrat"/>
          <w:color w:val="000000" w:themeColor="text1"/>
        </w:rPr>
        <w:t xml:space="preserve"> </w:t>
      </w:r>
      <w:r w:rsidRPr="00410E70">
        <w:rPr>
          <w:rFonts w:ascii="Montserrat" w:hAnsi="Montserrat"/>
          <w:color w:val="000000" w:themeColor="text1"/>
        </w:rPr>
        <w:t>10 minutes</w:t>
      </w:r>
    </w:p>
    <w:p w14:paraId="3416F7E0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Cooking Time:</w:t>
      </w:r>
      <w:r>
        <w:rPr>
          <w:rFonts w:ascii="Montserrat" w:hAnsi="Montserrat"/>
          <w:color w:val="000000" w:themeColor="text1"/>
        </w:rPr>
        <w:t xml:space="preserve"> </w:t>
      </w:r>
      <w:r w:rsidRPr="00410E70">
        <w:rPr>
          <w:rFonts w:ascii="Montserrat" w:hAnsi="Montserrat"/>
          <w:color w:val="000000" w:themeColor="text1"/>
        </w:rPr>
        <w:t>15–18 minutes</w:t>
      </w:r>
    </w:p>
    <w:p w14:paraId="7030095D" w14:textId="77777777" w:rsidR="00410E70" w:rsidRPr="00410E70" w:rsidRDefault="00410E70" w:rsidP="00410E70">
      <w:pPr>
        <w:rPr>
          <w:rFonts w:ascii="Montserrat" w:hAnsi="Montserrat"/>
          <w:b/>
          <w:color w:val="000000" w:themeColor="text1"/>
        </w:rPr>
      </w:pPr>
      <w:r w:rsidRPr="00410E70">
        <w:rPr>
          <w:rFonts w:ascii="Montserrat" w:hAnsi="Montserrat"/>
          <w:b/>
          <w:color w:val="000000" w:themeColor="text1"/>
        </w:rPr>
        <w:t>Ingredients:</w:t>
      </w:r>
    </w:p>
    <w:p w14:paraId="7DE42F70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•</w:t>
      </w:r>
      <w:r w:rsidRPr="00410E70">
        <w:rPr>
          <w:rFonts w:ascii="Montserrat" w:hAnsi="Montserrat"/>
          <w:color w:val="000000" w:themeColor="text1"/>
        </w:rPr>
        <w:tab/>
        <w:t>200 g chicken breast, thinly sliced</w:t>
      </w:r>
    </w:p>
    <w:p w14:paraId="35FCE93A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•</w:t>
      </w:r>
      <w:r w:rsidRPr="00410E70">
        <w:rPr>
          <w:rFonts w:ascii="Montserrat" w:hAnsi="Montserrat"/>
          <w:color w:val="000000" w:themeColor="text1"/>
        </w:rPr>
        <w:tab/>
        <w:t>1 cup assorted vegetables (carrot, bell pepper, broccoli), sliced</w:t>
      </w:r>
    </w:p>
    <w:p w14:paraId="428C348E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•</w:t>
      </w:r>
      <w:r w:rsidRPr="00410E70">
        <w:rPr>
          <w:rFonts w:ascii="Montserrat" w:hAnsi="Montserrat"/>
          <w:color w:val="000000" w:themeColor="text1"/>
        </w:rPr>
        <w:tab/>
        <w:t>1 tbsp soy sauce (low sodium)</w:t>
      </w:r>
    </w:p>
    <w:p w14:paraId="17C9074D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•</w:t>
      </w:r>
      <w:r w:rsidRPr="00410E70">
        <w:rPr>
          <w:rFonts w:ascii="Montserrat" w:hAnsi="Montserrat"/>
          <w:color w:val="000000" w:themeColor="text1"/>
        </w:rPr>
        <w:tab/>
        <w:t>1 tbsp olive oil</w:t>
      </w:r>
    </w:p>
    <w:p w14:paraId="1629D50A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•</w:t>
      </w:r>
      <w:r w:rsidRPr="00410E70">
        <w:rPr>
          <w:rFonts w:ascii="Montserrat" w:hAnsi="Montserrat"/>
          <w:color w:val="000000" w:themeColor="text1"/>
        </w:rPr>
        <w:tab/>
        <w:t>1 garlic clove, minced</w:t>
      </w:r>
    </w:p>
    <w:p w14:paraId="5DDE9FB9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•</w:t>
      </w:r>
      <w:r w:rsidRPr="00410E70">
        <w:rPr>
          <w:rFonts w:ascii="Montserrat" w:hAnsi="Montserrat"/>
          <w:color w:val="000000" w:themeColor="text1"/>
        </w:rPr>
        <w:tab/>
        <w:t xml:space="preserve">1/2 </w:t>
      </w:r>
      <w:proofErr w:type="gramStart"/>
      <w:r w:rsidRPr="00410E70">
        <w:rPr>
          <w:rFonts w:ascii="Montserrat" w:hAnsi="Montserrat"/>
          <w:color w:val="000000" w:themeColor="text1"/>
        </w:rPr>
        <w:t>cup</w:t>
      </w:r>
      <w:proofErr w:type="gramEnd"/>
      <w:r w:rsidRPr="00410E70">
        <w:rPr>
          <w:rFonts w:ascii="Montserrat" w:hAnsi="Montserrat"/>
          <w:color w:val="000000" w:themeColor="text1"/>
        </w:rPr>
        <w:t xml:space="preserve"> cooked brown rice</w:t>
      </w:r>
    </w:p>
    <w:p w14:paraId="40A253CC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•</w:t>
      </w:r>
      <w:r w:rsidRPr="00410E70">
        <w:rPr>
          <w:rFonts w:ascii="Montserrat" w:hAnsi="Montserrat"/>
          <w:color w:val="000000" w:themeColor="text1"/>
        </w:rPr>
        <w:tab/>
        <w:t>Salt and black pepper to taste</w:t>
      </w:r>
    </w:p>
    <w:p w14:paraId="2E759FEA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•</w:t>
      </w:r>
      <w:r w:rsidRPr="00410E70">
        <w:rPr>
          <w:rFonts w:ascii="Montserrat" w:hAnsi="Montserrat"/>
          <w:color w:val="000000" w:themeColor="text1"/>
        </w:rPr>
        <w:tab/>
        <w:t>Optional: 1 tsp sesame seeds or grated ginger</w:t>
      </w:r>
    </w:p>
    <w:p w14:paraId="71848F93" w14:textId="77777777" w:rsidR="00410E70" w:rsidRPr="00410E70" w:rsidRDefault="00410E70" w:rsidP="00410E70">
      <w:pPr>
        <w:rPr>
          <w:rFonts w:ascii="Montserrat" w:hAnsi="Montserrat"/>
          <w:b/>
          <w:color w:val="000000" w:themeColor="text1"/>
        </w:rPr>
      </w:pPr>
      <w:r w:rsidRPr="00410E70">
        <w:rPr>
          <w:rFonts w:ascii="Montserrat" w:hAnsi="Montserrat"/>
          <w:b/>
          <w:color w:val="000000" w:themeColor="text1"/>
        </w:rPr>
        <w:t>Method:</w:t>
      </w:r>
    </w:p>
    <w:p w14:paraId="0584E3C1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1.</w:t>
      </w:r>
      <w:r w:rsidRPr="00410E70">
        <w:rPr>
          <w:rFonts w:ascii="Montserrat" w:hAnsi="Montserrat"/>
          <w:color w:val="000000" w:themeColor="text1"/>
        </w:rPr>
        <w:tab/>
        <w:t>Heat olive oil in a pan or wok over medium-high heat.</w:t>
      </w:r>
    </w:p>
    <w:p w14:paraId="56222593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2.</w:t>
      </w:r>
      <w:r w:rsidRPr="00410E70">
        <w:rPr>
          <w:rFonts w:ascii="Montserrat" w:hAnsi="Montserrat"/>
          <w:color w:val="000000" w:themeColor="text1"/>
        </w:rPr>
        <w:tab/>
        <w:t>Add chicken slices, season lightly with salt and pepper, and sauté until browned (approx. 5–6 minutes).</w:t>
      </w:r>
    </w:p>
    <w:p w14:paraId="770856A9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3.</w:t>
      </w:r>
      <w:r w:rsidRPr="00410E70">
        <w:rPr>
          <w:rFonts w:ascii="Montserrat" w:hAnsi="Montserrat"/>
          <w:color w:val="000000" w:themeColor="text1"/>
        </w:rPr>
        <w:tab/>
        <w:t>Add garlic and vegetables, stir-fry for 5–6 minutes until vegetables are tender-crisp.</w:t>
      </w:r>
    </w:p>
    <w:p w14:paraId="15F17E91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4.</w:t>
      </w:r>
      <w:r w:rsidRPr="00410E70">
        <w:rPr>
          <w:rFonts w:ascii="Montserrat" w:hAnsi="Montserrat"/>
          <w:color w:val="000000" w:themeColor="text1"/>
        </w:rPr>
        <w:tab/>
        <w:t>Add soy sauce and mix thoroughly.</w:t>
      </w:r>
    </w:p>
    <w:p w14:paraId="6C914D2D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5.</w:t>
      </w:r>
      <w:r w:rsidRPr="00410E70">
        <w:rPr>
          <w:rFonts w:ascii="Montserrat" w:hAnsi="Montserrat"/>
          <w:color w:val="000000" w:themeColor="text1"/>
        </w:rPr>
        <w:tab/>
        <w:t>Serve with cooked brown rice on the side or mixed in. Garnish if desired.</w:t>
      </w:r>
    </w:p>
    <w:p w14:paraId="1D4AA2A6" w14:textId="77777777" w:rsidR="00410E70" w:rsidRP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t>Nutritional Information (Per Serving):</w:t>
      </w:r>
    </w:p>
    <w:p w14:paraId="534E71FA" w14:textId="77777777" w:rsidR="00410E70" w:rsidRDefault="00410E70" w:rsidP="00410E70">
      <w:pPr>
        <w:rPr>
          <w:rFonts w:ascii="Montserrat" w:hAnsi="Montserrat"/>
          <w:color w:val="000000" w:themeColor="text1"/>
        </w:rPr>
      </w:pPr>
      <w:r w:rsidRPr="00410E70">
        <w:rPr>
          <w:rFonts w:ascii="Montserrat" w:hAnsi="Montserrat"/>
          <w:color w:val="000000" w:themeColor="text1"/>
        </w:rPr>
        <w:lastRenderedPageBreak/>
        <w:t>~450 kcal | Balanced in protein, fiber, and complex carbs | One-pan meal | Reduces water and energy usage</w:t>
      </w:r>
    </w:p>
    <w:p w14:paraId="03775C17" w14:textId="77777777" w:rsidR="000A194A" w:rsidRPr="009D01B8" w:rsidRDefault="000A194A" w:rsidP="003A7054">
      <w:pPr>
        <w:pStyle w:val="Heading1"/>
      </w:pPr>
      <w:bookmarkStart w:id="6" w:name="_Toc204960718"/>
      <w:r w:rsidRPr="009D01B8">
        <w:t>21 MAY 2025</w:t>
      </w:r>
      <w:bookmarkEnd w:id="6"/>
    </w:p>
    <w:p w14:paraId="151490C9" w14:textId="77777777" w:rsidR="000A194A" w:rsidRPr="00410E70" w:rsidRDefault="000A194A" w:rsidP="003A7054">
      <w:pPr>
        <w:pStyle w:val="Heading2"/>
        <w:rPr>
          <w:b/>
        </w:rPr>
      </w:pPr>
      <w:bookmarkStart w:id="7" w:name="_Toc204960719"/>
      <w:r w:rsidRPr="00410E70">
        <w:rPr>
          <w:b/>
        </w:rPr>
        <w:t>CHICKEN &amp; VEGETABLE STEW (CLAY POT STYLE)</w:t>
      </w:r>
      <w:bookmarkEnd w:id="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6"/>
        <w:gridCol w:w="2158"/>
        <w:gridCol w:w="2158"/>
        <w:gridCol w:w="2158"/>
      </w:tblGrid>
      <w:tr w:rsidR="000A194A" w:rsidRPr="009D01B8" w14:paraId="3AADD182" w14:textId="77777777" w:rsidTr="00730C2F">
        <w:tc>
          <w:tcPr>
            <w:tcW w:w="2160" w:type="dxa"/>
          </w:tcPr>
          <w:p w14:paraId="51032BDC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Dish Type:</w:t>
            </w:r>
          </w:p>
        </w:tc>
        <w:tc>
          <w:tcPr>
            <w:tcW w:w="2160" w:type="dxa"/>
          </w:tcPr>
          <w:p w14:paraId="01B683A6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Main</w:t>
            </w:r>
          </w:p>
        </w:tc>
        <w:tc>
          <w:tcPr>
            <w:tcW w:w="2160" w:type="dxa"/>
          </w:tcPr>
          <w:p w14:paraId="51E519EC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Yield:</w:t>
            </w:r>
          </w:p>
        </w:tc>
        <w:tc>
          <w:tcPr>
            <w:tcW w:w="2160" w:type="dxa"/>
          </w:tcPr>
          <w:p w14:paraId="5D20496D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2 servings</w:t>
            </w:r>
          </w:p>
        </w:tc>
      </w:tr>
      <w:tr w:rsidR="000A194A" w:rsidRPr="009D01B8" w14:paraId="0FCBA865" w14:textId="77777777" w:rsidTr="00730C2F">
        <w:tc>
          <w:tcPr>
            <w:tcW w:w="2160" w:type="dxa"/>
          </w:tcPr>
          <w:p w14:paraId="394B4C2E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Prep Time:</w:t>
            </w:r>
          </w:p>
        </w:tc>
        <w:tc>
          <w:tcPr>
            <w:tcW w:w="2160" w:type="dxa"/>
          </w:tcPr>
          <w:p w14:paraId="18B66664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10 minutes</w:t>
            </w:r>
          </w:p>
        </w:tc>
        <w:tc>
          <w:tcPr>
            <w:tcW w:w="2160" w:type="dxa"/>
          </w:tcPr>
          <w:p w14:paraId="2882D076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Cooking Time:</w:t>
            </w:r>
          </w:p>
        </w:tc>
        <w:tc>
          <w:tcPr>
            <w:tcW w:w="2160" w:type="dxa"/>
          </w:tcPr>
          <w:p w14:paraId="3D84194E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35–40 minutes</w:t>
            </w:r>
          </w:p>
        </w:tc>
      </w:tr>
    </w:tbl>
    <w:p w14:paraId="1307E31E" w14:textId="77777777" w:rsidR="000A194A" w:rsidRDefault="000A194A" w:rsidP="000A194A">
      <w:pPr>
        <w:rPr>
          <w:rFonts w:ascii="Montserrat" w:hAnsi="Montserrat"/>
        </w:rPr>
      </w:pPr>
    </w:p>
    <w:p w14:paraId="30A0A0C2" w14:textId="77777777" w:rsidR="000A194A" w:rsidRPr="009D01B8" w:rsidRDefault="000A194A" w:rsidP="000A194A">
      <w:pPr>
        <w:rPr>
          <w:rFonts w:ascii="Montserrat" w:hAnsi="Montserrat"/>
          <w:b/>
          <w:bCs/>
        </w:rPr>
      </w:pPr>
      <w:r w:rsidRPr="009D01B8">
        <w:rPr>
          <w:rFonts w:ascii="Montserrat" w:hAnsi="Montserrat"/>
          <w:b/>
          <w:bCs/>
        </w:rPr>
        <w:t>Ingredients:</w:t>
      </w:r>
    </w:p>
    <w:p w14:paraId="1D44086C" w14:textId="77777777" w:rsidR="000A194A" w:rsidRDefault="000A194A" w:rsidP="000A194A">
      <w:pPr>
        <w:pStyle w:val="ListBullet"/>
        <w:rPr>
          <w:rFonts w:ascii="Montserrat" w:hAnsi="Montserrat"/>
        </w:rPr>
        <w:sectPr w:rsidR="000A194A" w:rsidSect="000A194A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5603D7D2" w14:textId="77777777" w:rsidR="000A194A" w:rsidRPr="009D01B8" w:rsidRDefault="000A194A" w:rsidP="000A194A">
      <w:pPr>
        <w:pStyle w:val="ListBullet"/>
        <w:rPr>
          <w:rFonts w:ascii="Montserrat" w:hAnsi="Montserrat"/>
        </w:rPr>
      </w:pPr>
      <w:r w:rsidRPr="009D01B8">
        <w:rPr>
          <w:rFonts w:ascii="Montserrat" w:hAnsi="Montserrat"/>
        </w:rPr>
        <w:t>200 g chicken thigh or breast, cubed</w:t>
      </w:r>
    </w:p>
    <w:p w14:paraId="6C7B8328" w14:textId="77777777" w:rsidR="000A194A" w:rsidRPr="009D01B8" w:rsidRDefault="000A194A" w:rsidP="000A194A">
      <w:pPr>
        <w:pStyle w:val="ListBullet"/>
        <w:rPr>
          <w:rFonts w:ascii="Montserrat" w:hAnsi="Montserrat"/>
        </w:rPr>
      </w:pPr>
      <w:r w:rsidRPr="009D01B8">
        <w:rPr>
          <w:rFonts w:ascii="Montserrat" w:hAnsi="Montserrat"/>
        </w:rPr>
        <w:t>2 tbsp olive oil</w:t>
      </w:r>
    </w:p>
    <w:p w14:paraId="596376A3" w14:textId="77777777" w:rsidR="000A194A" w:rsidRPr="009D01B8" w:rsidRDefault="000A194A" w:rsidP="000A194A">
      <w:pPr>
        <w:pStyle w:val="ListBullet"/>
        <w:rPr>
          <w:rFonts w:ascii="Montserrat" w:hAnsi="Montserrat"/>
        </w:rPr>
      </w:pPr>
      <w:r w:rsidRPr="009D01B8">
        <w:rPr>
          <w:rFonts w:ascii="Montserrat" w:hAnsi="Montserrat"/>
        </w:rPr>
        <w:t>1 small onion, diced</w:t>
      </w:r>
    </w:p>
    <w:p w14:paraId="57CB34A3" w14:textId="77777777" w:rsidR="000A194A" w:rsidRPr="009D01B8" w:rsidRDefault="000A194A" w:rsidP="000A194A">
      <w:pPr>
        <w:pStyle w:val="ListBullet"/>
        <w:rPr>
          <w:rFonts w:ascii="Montserrat" w:hAnsi="Montserrat"/>
        </w:rPr>
      </w:pPr>
      <w:r w:rsidRPr="009D01B8">
        <w:rPr>
          <w:rFonts w:ascii="Montserrat" w:hAnsi="Montserrat"/>
        </w:rPr>
        <w:t>1 small potato, cubed</w:t>
      </w:r>
    </w:p>
    <w:p w14:paraId="29AF40DC" w14:textId="77777777" w:rsidR="000A194A" w:rsidRPr="009D01B8" w:rsidRDefault="000A194A" w:rsidP="000A194A">
      <w:pPr>
        <w:pStyle w:val="ListBullet"/>
        <w:rPr>
          <w:rFonts w:ascii="Montserrat" w:hAnsi="Montserrat"/>
        </w:rPr>
      </w:pPr>
      <w:r w:rsidRPr="009D01B8">
        <w:rPr>
          <w:rFonts w:ascii="Montserrat" w:hAnsi="Montserrat"/>
        </w:rPr>
        <w:t>1 carrot, sliced</w:t>
      </w:r>
    </w:p>
    <w:p w14:paraId="43580420" w14:textId="77777777" w:rsidR="000A194A" w:rsidRPr="009D01B8" w:rsidRDefault="000A194A" w:rsidP="000A194A">
      <w:pPr>
        <w:pStyle w:val="ListBullet"/>
        <w:rPr>
          <w:rFonts w:ascii="Montserrat" w:hAnsi="Montserrat"/>
        </w:rPr>
      </w:pPr>
      <w:r w:rsidRPr="009D01B8">
        <w:rPr>
          <w:rFonts w:ascii="Montserrat" w:hAnsi="Montserrat"/>
        </w:rPr>
        <w:t>½ green pepper, chopped</w:t>
      </w:r>
    </w:p>
    <w:p w14:paraId="22A30F0D" w14:textId="77777777" w:rsidR="000A194A" w:rsidRPr="009D01B8" w:rsidRDefault="000A194A" w:rsidP="000A194A">
      <w:pPr>
        <w:pStyle w:val="ListBullet"/>
        <w:rPr>
          <w:rFonts w:ascii="Montserrat" w:hAnsi="Montserrat"/>
        </w:rPr>
      </w:pPr>
      <w:r w:rsidRPr="009D01B8">
        <w:rPr>
          <w:rFonts w:ascii="Montserrat" w:hAnsi="Montserrat"/>
        </w:rPr>
        <w:t>1 small tomato, chopped</w:t>
      </w:r>
    </w:p>
    <w:p w14:paraId="64852DE0" w14:textId="77777777" w:rsidR="000A194A" w:rsidRPr="009D01B8" w:rsidRDefault="000A194A" w:rsidP="000A194A">
      <w:pPr>
        <w:pStyle w:val="ListBullet"/>
        <w:rPr>
          <w:rFonts w:ascii="Montserrat" w:hAnsi="Montserrat"/>
        </w:rPr>
      </w:pPr>
      <w:r w:rsidRPr="009D01B8">
        <w:rPr>
          <w:rFonts w:ascii="Montserrat" w:hAnsi="Montserrat"/>
        </w:rPr>
        <w:t>1 bay leaf</w:t>
      </w:r>
    </w:p>
    <w:p w14:paraId="643DE781" w14:textId="77777777" w:rsidR="000A194A" w:rsidRPr="009D01B8" w:rsidRDefault="000A194A" w:rsidP="000A194A">
      <w:pPr>
        <w:pStyle w:val="ListBullet"/>
        <w:rPr>
          <w:rFonts w:ascii="Montserrat" w:hAnsi="Montserrat"/>
        </w:rPr>
      </w:pPr>
      <w:r w:rsidRPr="009D01B8">
        <w:rPr>
          <w:rFonts w:ascii="Montserrat" w:hAnsi="Montserrat"/>
        </w:rPr>
        <w:t>½ tsp dried thyme</w:t>
      </w:r>
    </w:p>
    <w:p w14:paraId="35E726BE" w14:textId="77777777" w:rsidR="000A194A" w:rsidRPr="009D01B8" w:rsidRDefault="000A194A" w:rsidP="000A194A">
      <w:pPr>
        <w:pStyle w:val="ListBullet"/>
        <w:rPr>
          <w:rFonts w:ascii="Montserrat" w:hAnsi="Montserrat"/>
        </w:rPr>
      </w:pPr>
      <w:r w:rsidRPr="009D01B8">
        <w:rPr>
          <w:rFonts w:ascii="Montserrat" w:hAnsi="Montserrat"/>
        </w:rPr>
        <w:t xml:space="preserve">1 </w:t>
      </w:r>
      <w:proofErr w:type="gramStart"/>
      <w:r w:rsidRPr="009D01B8">
        <w:rPr>
          <w:rFonts w:ascii="Montserrat" w:hAnsi="Montserrat"/>
        </w:rPr>
        <w:t>cup</w:t>
      </w:r>
      <w:proofErr w:type="gramEnd"/>
      <w:r w:rsidRPr="009D01B8">
        <w:rPr>
          <w:rFonts w:ascii="Montserrat" w:hAnsi="Montserrat"/>
        </w:rPr>
        <w:t xml:space="preserve"> water</w:t>
      </w:r>
    </w:p>
    <w:p w14:paraId="7FC6098E" w14:textId="77777777" w:rsidR="000A194A" w:rsidRPr="009D01B8" w:rsidRDefault="000A194A" w:rsidP="000A194A">
      <w:pPr>
        <w:pStyle w:val="ListBullet"/>
        <w:rPr>
          <w:rFonts w:ascii="Montserrat" w:hAnsi="Montserrat"/>
        </w:rPr>
      </w:pPr>
      <w:r w:rsidRPr="009D01B8">
        <w:rPr>
          <w:rFonts w:ascii="Montserrat" w:hAnsi="Montserrat"/>
        </w:rPr>
        <w:t>Salt and black pepper, to taste</w:t>
      </w:r>
    </w:p>
    <w:p w14:paraId="6B69982D" w14:textId="77777777" w:rsidR="000A194A" w:rsidRDefault="000A194A" w:rsidP="000A194A">
      <w:pPr>
        <w:rPr>
          <w:rFonts w:ascii="Montserrat" w:hAnsi="Montserrat"/>
          <w:b/>
          <w:bCs/>
        </w:rPr>
        <w:sectPr w:rsidR="000A194A" w:rsidSect="000A194A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4CFFDF79" w14:textId="77777777" w:rsidR="000A194A" w:rsidRDefault="000A194A" w:rsidP="000A194A">
      <w:pPr>
        <w:rPr>
          <w:rFonts w:ascii="Montserrat" w:hAnsi="Montserrat"/>
          <w:b/>
          <w:bCs/>
        </w:rPr>
      </w:pPr>
    </w:p>
    <w:p w14:paraId="0F2CF8CE" w14:textId="77777777" w:rsidR="000A194A" w:rsidRPr="009D01B8" w:rsidRDefault="000A194A" w:rsidP="000A194A">
      <w:pPr>
        <w:rPr>
          <w:rFonts w:ascii="Montserrat" w:hAnsi="Montserrat"/>
          <w:b/>
          <w:bCs/>
        </w:rPr>
      </w:pPr>
      <w:r w:rsidRPr="009D01B8">
        <w:rPr>
          <w:rFonts w:ascii="Montserrat" w:hAnsi="Montserrat"/>
          <w:b/>
          <w:bCs/>
        </w:rPr>
        <w:t>Method:</w:t>
      </w:r>
    </w:p>
    <w:p w14:paraId="4B51B420" w14:textId="77777777" w:rsidR="000A194A" w:rsidRPr="009D01B8" w:rsidRDefault="000A194A" w:rsidP="000A194A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9D01B8">
        <w:rPr>
          <w:rFonts w:ascii="Montserrat" w:hAnsi="Montserrat"/>
        </w:rPr>
        <w:t>1. Heat olive oil in a clay pot or saucepan. Brown chicken on all sides.</w:t>
      </w:r>
    </w:p>
    <w:p w14:paraId="18781FCC" w14:textId="77777777" w:rsidR="000A194A" w:rsidRPr="009D01B8" w:rsidRDefault="000A194A" w:rsidP="000A194A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9D01B8">
        <w:rPr>
          <w:rFonts w:ascii="Montserrat" w:hAnsi="Montserrat"/>
        </w:rPr>
        <w:t>2. Add onion, potato, carrot, and green pepper. Sauté briefly.</w:t>
      </w:r>
    </w:p>
    <w:p w14:paraId="5368855D" w14:textId="77777777" w:rsidR="000A194A" w:rsidRPr="009D01B8" w:rsidRDefault="000A194A" w:rsidP="000A194A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9D01B8">
        <w:rPr>
          <w:rFonts w:ascii="Montserrat" w:hAnsi="Montserrat"/>
        </w:rPr>
        <w:t>3. Stir in tomato, herbs, salt, and pepper.</w:t>
      </w:r>
    </w:p>
    <w:p w14:paraId="6BD119B9" w14:textId="77777777" w:rsidR="000A194A" w:rsidRPr="009D01B8" w:rsidRDefault="000A194A" w:rsidP="000A194A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9D01B8">
        <w:rPr>
          <w:rFonts w:ascii="Montserrat" w:hAnsi="Montserrat"/>
        </w:rPr>
        <w:t xml:space="preserve">4. Add water to just cover </w:t>
      </w:r>
      <w:proofErr w:type="gramStart"/>
      <w:r w:rsidRPr="009D01B8">
        <w:rPr>
          <w:rFonts w:ascii="Montserrat" w:hAnsi="Montserrat"/>
        </w:rPr>
        <w:t>ingredients</w:t>
      </w:r>
      <w:proofErr w:type="gramEnd"/>
      <w:r w:rsidRPr="009D01B8">
        <w:rPr>
          <w:rFonts w:ascii="Montserrat" w:hAnsi="Montserrat"/>
        </w:rPr>
        <w:t>.</w:t>
      </w:r>
    </w:p>
    <w:p w14:paraId="4FD4BF59" w14:textId="77777777" w:rsidR="000A194A" w:rsidRPr="009D01B8" w:rsidRDefault="000A194A" w:rsidP="000A194A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9D01B8">
        <w:rPr>
          <w:rFonts w:ascii="Montserrat" w:hAnsi="Montserrat"/>
        </w:rPr>
        <w:t>5. Cover and simmer over low heat for 35–40 minutes until vegetables are tender.</w:t>
      </w:r>
    </w:p>
    <w:p w14:paraId="2FBD9DF6" w14:textId="77777777" w:rsidR="000A194A" w:rsidRPr="009D01B8" w:rsidRDefault="000A194A" w:rsidP="000A194A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9D01B8">
        <w:rPr>
          <w:rFonts w:ascii="Montserrat" w:hAnsi="Montserrat"/>
        </w:rPr>
        <w:t>6. Serve hot directly from the pot.</w:t>
      </w:r>
    </w:p>
    <w:p w14:paraId="1861BE09" w14:textId="77777777" w:rsidR="000A194A" w:rsidRDefault="000A194A" w:rsidP="000A194A">
      <w:pPr>
        <w:rPr>
          <w:rFonts w:ascii="Montserrat" w:hAnsi="Montserrat"/>
        </w:rPr>
      </w:pPr>
    </w:p>
    <w:p w14:paraId="78C426AC" w14:textId="77777777" w:rsidR="000A194A" w:rsidRPr="009D01B8" w:rsidRDefault="000A194A" w:rsidP="000A194A">
      <w:pPr>
        <w:rPr>
          <w:rFonts w:ascii="Montserrat" w:hAnsi="Montserrat"/>
        </w:rPr>
      </w:pPr>
      <w:r w:rsidRPr="009D01B8">
        <w:rPr>
          <w:rFonts w:ascii="Montserrat" w:hAnsi="Montserrat"/>
        </w:rPr>
        <w:t>Nutritional Information (Per Serving):</w:t>
      </w:r>
      <w:r>
        <w:rPr>
          <w:rFonts w:ascii="Montserrat" w:hAnsi="Montserrat"/>
        </w:rPr>
        <w:t xml:space="preserve"> </w:t>
      </w:r>
      <w:r w:rsidRPr="009D01B8">
        <w:rPr>
          <w:rFonts w:ascii="Montserrat" w:hAnsi="Montserrat"/>
        </w:rPr>
        <w:t>~380 kcal | One-pot, nutrient-rich | Low waste and energy-efficient | High in protein and fiber</w:t>
      </w:r>
    </w:p>
    <w:p w14:paraId="180C98A9" w14:textId="77777777" w:rsidR="000A194A" w:rsidRPr="009D01B8" w:rsidRDefault="000A194A" w:rsidP="000A194A">
      <w:pPr>
        <w:rPr>
          <w:rFonts w:ascii="Montserrat" w:hAnsi="Montserrat"/>
        </w:rPr>
      </w:pPr>
    </w:p>
    <w:p w14:paraId="36494EC2" w14:textId="77777777" w:rsidR="000A194A" w:rsidRPr="009D01B8" w:rsidRDefault="000A194A" w:rsidP="000A194A">
      <w:pPr>
        <w:rPr>
          <w:rFonts w:ascii="Montserrat" w:hAnsi="Montserrat"/>
        </w:rPr>
      </w:pPr>
    </w:p>
    <w:p w14:paraId="355F2744" w14:textId="77777777" w:rsidR="000A194A" w:rsidRPr="009D01B8" w:rsidRDefault="000A194A" w:rsidP="000A194A">
      <w:pPr>
        <w:rPr>
          <w:rFonts w:ascii="Montserrat" w:hAnsi="Montserrat"/>
        </w:rPr>
      </w:pPr>
    </w:p>
    <w:p w14:paraId="1E723DC9" w14:textId="77777777" w:rsidR="000A194A" w:rsidRPr="009D01B8" w:rsidRDefault="000A194A" w:rsidP="000A194A">
      <w:pPr>
        <w:rPr>
          <w:rFonts w:ascii="Montserrat" w:hAnsi="Montserrat"/>
        </w:rPr>
      </w:pPr>
    </w:p>
    <w:p w14:paraId="1FB918F2" w14:textId="77777777" w:rsidR="000A194A" w:rsidRPr="009D01B8" w:rsidRDefault="000A194A" w:rsidP="000A194A">
      <w:pPr>
        <w:rPr>
          <w:rFonts w:ascii="Montserrat" w:hAnsi="Montserrat"/>
        </w:rPr>
      </w:pPr>
    </w:p>
    <w:p w14:paraId="1AFEB5FC" w14:textId="77777777" w:rsidR="000A194A" w:rsidRPr="009D01B8" w:rsidRDefault="000A194A" w:rsidP="000A194A">
      <w:pPr>
        <w:rPr>
          <w:rFonts w:ascii="Montserrat" w:hAnsi="Montserrat"/>
          <w:color w:val="000000" w:themeColor="text1"/>
          <w:sz w:val="44"/>
          <w:szCs w:val="44"/>
        </w:rPr>
      </w:pPr>
      <w:r w:rsidRPr="009D01B8">
        <w:rPr>
          <w:rFonts w:ascii="Montserrat" w:hAnsi="Montserrat"/>
          <w:color w:val="000000" w:themeColor="text1"/>
          <w:sz w:val="44"/>
          <w:szCs w:val="44"/>
        </w:rPr>
        <w:t>21 MAY 2025</w:t>
      </w:r>
    </w:p>
    <w:p w14:paraId="3898559F" w14:textId="77777777" w:rsidR="000A194A" w:rsidRPr="00410E70" w:rsidRDefault="000A194A" w:rsidP="003A7054">
      <w:pPr>
        <w:pStyle w:val="Heading2"/>
        <w:rPr>
          <w:b/>
        </w:rPr>
      </w:pPr>
      <w:bookmarkStart w:id="8" w:name="_Toc204960720"/>
      <w:r w:rsidRPr="00410E70">
        <w:rPr>
          <w:b/>
        </w:rPr>
        <w:t>BULGUR PILAF</w:t>
      </w:r>
      <w:bookmarkEnd w:id="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6"/>
        <w:gridCol w:w="2158"/>
        <w:gridCol w:w="2158"/>
        <w:gridCol w:w="2158"/>
      </w:tblGrid>
      <w:tr w:rsidR="000A194A" w:rsidRPr="009D01B8" w14:paraId="5B49769A" w14:textId="77777777" w:rsidTr="00730C2F">
        <w:tc>
          <w:tcPr>
            <w:tcW w:w="2160" w:type="dxa"/>
          </w:tcPr>
          <w:p w14:paraId="47197CC5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Dish Type:</w:t>
            </w:r>
          </w:p>
        </w:tc>
        <w:tc>
          <w:tcPr>
            <w:tcW w:w="2160" w:type="dxa"/>
          </w:tcPr>
          <w:p w14:paraId="37D45A66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Side</w:t>
            </w:r>
          </w:p>
        </w:tc>
        <w:tc>
          <w:tcPr>
            <w:tcW w:w="2160" w:type="dxa"/>
          </w:tcPr>
          <w:p w14:paraId="689CC3CF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Yield:</w:t>
            </w:r>
          </w:p>
        </w:tc>
        <w:tc>
          <w:tcPr>
            <w:tcW w:w="2160" w:type="dxa"/>
          </w:tcPr>
          <w:p w14:paraId="6110C459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2 servings</w:t>
            </w:r>
          </w:p>
        </w:tc>
      </w:tr>
      <w:tr w:rsidR="000A194A" w:rsidRPr="009D01B8" w14:paraId="1A0A4CBA" w14:textId="77777777" w:rsidTr="00730C2F">
        <w:tc>
          <w:tcPr>
            <w:tcW w:w="2160" w:type="dxa"/>
          </w:tcPr>
          <w:p w14:paraId="2C57DDD8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Prep Time:</w:t>
            </w:r>
          </w:p>
        </w:tc>
        <w:tc>
          <w:tcPr>
            <w:tcW w:w="2160" w:type="dxa"/>
          </w:tcPr>
          <w:p w14:paraId="41E67086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5 minutes</w:t>
            </w:r>
          </w:p>
        </w:tc>
        <w:tc>
          <w:tcPr>
            <w:tcW w:w="2160" w:type="dxa"/>
          </w:tcPr>
          <w:p w14:paraId="4077A257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Cooking Time:</w:t>
            </w:r>
          </w:p>
        </w:tc>
        <w:tc>
          <w:tcPr>
            <w:tcW w:w="2160" w:type="dxa"/>
          </w:tcPr>
          <w:p w14:paraId="489BBF64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15–20 minutes</w:t>
            </w:r>
          </w:p>
        </w:tc>
      </w:tr>
    </w:tbl>
    <w:p w14:paraId="182E368B" w14:textId="77777777" w:rsidR="000A194A" w:rsidRDefault="000A194A" w:rsidP="000A194A">
      <w:pPr>
        <w:rPr>
          <w:rFonts w:ascii="Montserrat" w:hAnsi="Montserrat"/>
        </w:rPr>
      </w:pPr>
    </w:p>
    <w:p w14:paraId="3FEF2419" w14:textId="77777777" w:rsidR="000A194A" w:rsidRPr="009D01B8" w:rsidRDefault="000A194A" w:rsidP="000A194A">
      <w:pPr>
        <w:rPr>
          <w:rFonts w:ascii="Montserrat" w:hAnsi="Montserrat"/>
          <w:b/>
          <w:bCs/>
        </w:rPr>
      </w:pPr>
      <w:r w:rsidRPr="009D01B8">
        <w:rPr>
          <w:rFonts w:ascii="Montserrat" w:hAnsi="Montserrat"/>
          <w:b/>
          <w:bCs/>
        </w:rPr>
        <w:t>Ingredients:</w:t>
      </w:r>
    </w:p>
    <w:p w14:paraId="5448B65C" w14:textId="77777777" w:rsidR="000A194A" w:rsidRDefault="000A194A" w:rsidP="000A194A">
      <w:pPr>
        <w:pStyle w:val="ListBullet"/>
        <w:rPr>
          <w:rFonts w:ascii="Montserrat" w:hAnsi="Montserrat"/>
        </w:rPr>
        <w:sectPr w:rsidR="000A194A" w:rsidSect="000A194A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0488DB1D" w14:textId="77777777" w:rsidR="000A194A" w:rsidRPr="009D01B8" w:rsidRDefault="000A194A" w:rsidP="000A194A">
      <w:pPr>
        <w:pStyle w:val="ListBullet"/>
        <w:rPr>
          <w:rFonts w:ascii="Montserrat" w:hAnsi="Montserrat"/>
        </w:rPr>
      </w:pPr>
      <w:r w:rsidRPr="009D01B8">
        <w:rPr>
          <w:rFonts w:ascii="Montserrat" w:hAnsi="Montserrat"/>
        </w:rPr>
        <w:t>½ cup coarse bulgur</w:t>
      </w:r>
    </w:p>
    <w:p w14:paraId="114AAC66" w14:textId="77777777" w:rsidR="000A194A" w:rsidRPr="009D01B8" w:rsidRDefault="000A194A" w:rsidP="000A194A">
      <w:pPr>
        <w:pStyle w:val="ListBullet"/>
        <w:rPr>
          <w:rFonts w:ascii="Montserrat" w:hAnsi="Montserrat"/>
        </w:rPr>
      </w:pPr>
      <w:r w:rsidRPr="009D01B8">
        <w:rPr>
          <w:rFonts w:ascii="Montserrat" w:hAnsi="Montserrat"/>
        </w:rPr>
        <w:t>1 small onion, finely chopped</w:t>
      </w:r>
    </w:p>
    <w:p w14:paraId="78C475C1" w14:textId="77777777" w:rsidR="000A194A" w:rsidRPr="009D01B8" w:rsidRDefault="000A194A" w:rsidP="000A194A">
      <w:pPr>
        <w:pStyle w:val="ListBullet"/>
        <w:rPr>
          <w:rFonts w:ascii="Montserrat" w:hAnsi="Montserrat"/>
        </w:rPr>
      </w:pPr>
      <w:r w:rsidRPr="009D01B8">
        <w:rPr>
          <w:rFonts w:ascii="Montserrat" w:hAnsi="Montserrat"/>
        </w:rPr>
        <w:t>1 tbsp tomato paste or grated tomato</w:t>
      </w:r>
    </w:p>
    <w:p w14:paraId="23E66FDD" w14:textId="77777777" w:rsidR="000A194A" w:rsidRPr="009D01B8" w:rsidRDefault="000A194A" w:rsidP="000A194A">
      <w:pPr>
        <w:pStyle w:val="ListBullet"/>
        <w:rPr>
          <w:rFonts w:ascii="Montserrat" w:hAnsi="Montserrat"/>
        </w:rPr>
      </w:pPr>
      <w:r w:rsidRPr="009D01B8">
        <w:rPr>
          <w:rFonts w:ascii="Montserrat" w:hAnsi="Montserrat"/>
        </w:rPr>
        <w:t>1 tbsp olive oil</w:t>
      </w:r>
    </w:p>
    <w:p w14:paraId="5A5E49C6" w14:textId="77777777" w:rsidR="000A194A" w:rsidRPr="009D01B8" w:rsidRDefault="000A194A" w:rsidP="000A194A">
      <w:pPr>
        <w:pStyle w:val="ListBullet"/>
        <w:rPr>
          <w:rFonts w:ascii="Montserrat" w:hAnsi="Montserrat"/>
        </w:rPr>
      </w:pPr>
      <w:r w:rsidRPr="009D01B8">
        <w:rPr>
          <w:rFonts w:ascii="Montserrat" w:hAnsi="Montserrat"/>
        </w:rPr>
        <w:t>1 cup hot water or vegetable stock</w:t>
      </w:r>
    </w:p>
    <w:p w14:paraId="6E411E9F" w14:textId="77777777" w:rsidR="000A194A" w:rsidRPr="009D01B8" w:rsidRDefault="000A194A" w:rsidP="000A194A">
      <w:pPr>
        <w:pStyle w:val="ListBullet"/>
        <w:rPr>
          <w:rFonts w:ascii="Montserrat" w:hAnsi="Montserrat"/>
        </w:rPr>
      </w:pPr>
      <w:r w:rsidRPr="009D01B8">
        <w:rPr>
          <w:rFonts w:ascii="Montserrat" w:hAnsi="Montserrat"/>
        </w:rPr>
        <w:t>Salt to taste</w:t>
      </w:r>
    </w:p>
    <w:p w14:paraId="5340B6F7" w14:textId="77777777" w:rsidR="000A194A" w:rsidRDefault="000A194A" w:rsidP="000A194A">
      <w:pPr>
        <w:rPr>
          <w:rFonts w:ascii="Montserrat" w:hAnsi="Montserrat"/>
        </w:rPr>
        <w:sectPr w:rsidR="000A194A" w:rsidSect="000A194A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74B80FA6" w14:textId="77777777" w:rsidR="000A194A" w:rsidRPr="009D01B8" w:rsidRDefault="000A194A" w:rsidP="000A194A">
      <w:pPr>
        <w:rPr>
          <w:rFonts w:ascii="Montserrat" w:hAnsi="Montserrat"/>
          <w:b/>
          <w:bCs/>
        </w:rPr>
      </w:pPr>
    </w:p>
    <w:p w14:paraId="543D3F0D" w14:textId="77777777" w:rsidR="000A194A" w:rsidRPr="009D01B8" w:rsidRDefault="000A194A" w:rsidP="000A194A">
      <w:pPr>
        <w:rPr>
          <w:rFonts w:ascii="Montserrat" w:hAnsi="Montserrat"/>
          <w:b/>
          <w:bCs/>
        </w:rPr>
      </w:pPr>
      <w:r w:rsidRPr="009D01B8">
        <w:rPr>
          <w:rFonts w:ascii="Montserrat" w:hAnsi="Montserrat"/>
          <w:b/>
          <w:bCs/>
        </w:rPr>
        <w:t>Method:</w:t>
      </w:r>
    </w:p>
    <w:p w14:paraId="4CA8B75B" w14:textId="77777777" w:rsidR="000A194A" w:rsidRPr="009D01B8" w:rsidRDefault="000A194A" w:rsidP="000A194A">
      <w:pPr>
        <w:pStyle w:val="ListNumber"/>
        <w:rPr>
          <w:rFonts w:ascii="Montserrat" w:hAnsi="Montserrat"/>
        </w:rPr>
      </w:pPr>
      <w:r w:rsidRPr="009D01B8">
        <w:rPr>
          <w:rFonts w:ascii="Montserrat" w:hAnsi="Montserrat"/>
        </w:rPr>
        <w:t>1. Heat olive oil in a small pot. Add onion and sauté until translucent.</w:t>
      </w:r>
    </w:p>
    <w:p w14:paraId="7F8EEB88" w14:textId="77777777" w:rsidR="000A194A" w:rsidRPr="009D01B8" w:rsidRDefault="000A194A" w:rsidP="000A194A">
      <w:pPr>
        <w:pStyle w:val="ListNumber"/>
        <w:rPr>
          <w:rFonts w:ascii="Montserrat" w:hAnsi="Montserrat"/>
        </w:rPr>
      </w:pPr>
      <w:r w:rsidRPr="009D01B8">
        <w:rPr>
          <w:rFonts w:ascii="Montserrat" w:hAnsi="Montserrat"/>
        </w:rPr>
        <w:t>2. Stir in tomato paste and cook briefly.</w:t>
      </w:r>
    </w:p>
    <w:p w14:paraId="28EEB991" w14:textId="77777777" w:rsidR="000A194A" w:rsidRPr="009D01B8" w:rsidRDefault="000A194A" w:rsidP="000A194A">
      <w:pPr>
        <w:pStyle w:val="ListNumber"/>
        <w:rPr>
          <w:rFonts w:ascii="Montserrat" w:hAnsi="Montserrat"/>
        </w:rPr>
      </w:pPr>
      <w:r w:rsidRPr="009D01B8">
        <w:rPr>
          <w:rFonts w:ascii="Montserrat" w:hAnsi="Montserrat"/>
        </w:rPr>
        <w:t>3. Add bulgur and mix well.</w:t>
      </w:r>
    </w:p>
    <w:p w14:paraId="6951BE93" w14:textId="77777777" w:rsidR="000A194A" w:rsidRPr="009D01B8" w:rsidRDefault="000A194A" w:rsidP="000A194A">
      <w:pPr>
        <w:pStyle w:val="ListNumber"/>
        <w:rPr>
          <w:rFonts w:ascii="Montserrat" w:hAnsi="Montserrat"/>
        </w:rPr>
      </w:pPr>
      <w:r w:rsidRPr="009D01B8">
        <w:rPr>
          <w:rFonts w:ascii="Montserrat" w:hAnsi="Montserrat"/>
        </w:rPr>
        <w:t>4. Pour in hot water or stock and season with salt.</w:t>
      </w:r>
    </w:p>
    <w:p w14:paraId="0008F183" w14:textId="77777777" w:rsidR="000A194A" w:rsidRPr="009D01B8" w:rsidRDefault="000A194A" w:rsidP="000A194A">
      <w:pPr>
        <w:pStyle w:val="ListNumber"/>
        <w:rPr>
          <w:rFonts w:ascii="Montserrat" w:hAnsi="Montserrat"/>
        </w:rPr>
      </w:pPr>
      <w:r w:rsidRPr="009D01B8">
        <w:rPr>
          <w:rFonts w:ascii="Montserrat" w:hAnsi="Montserrat"/>
        </w:rPr>
        <w:t>5. Cover and simmer on low heat for 15–20 minutes until liquid is absorbed.</w:t>
      </w:r>
    </w:p>
    <w:p w14:paraId="7225D57A" w14:textId="77777777" w:rsidR="000A194A" w:rsidRPr="009D01B8" w:rsidRDefault="000A194A" w:rsidP="000A194A">
      <w:pPr>
        <w:pStyle w:val="ListNumber"/>
        <w:rPr>
          <w:rFonts w:ascii="Montserrat" w:hAnsi="Montserrat"/>
        </w:rPr>
      </w:pPr>
      <w:r w:rsidRPr="009D01B8">
        <w:rPr>
          <w:rFonts w:ascii="Montserrat" w:hAnsi="Montserrat"/>
        </w:rPr>
        <w:t>6. Let rest 5 minutes before fluffing and serving.</w:t>
      </w:r>
    </w:p>
    <w:p w14:paraId="307B8D94" w14:textId="77777777" w:rsidR="000A194A" w:rsidRDefault="000A194A" w:rsidP="000A194A">
      <w:pPr>
        <w:rPr>
          <w:rFonts w:ascii="Montserrat" w:hAnsi="Montserrat"/>
        </w:rPr>
      </w:pPr>
    </w:p>
    <w:p w14:paraId="0EF32961" w14:textId="77777777" w:rsidR="000A194A" w:rsidRPr="009D01B8" w:rsidRDefault="000A194A" w:rsidP="000A194A">
      <w:pPr>
        <w:rPr>
          <w:rFonts w:ascii="Montserrat" w:hAnsi="Montserrat"/>
        </w:rPr>
      </w:pPr>
      <w:r w:rsidRPr="009D01B8">
        <w:rPr>
          <w:rFonts w:ascii="Montserrat" w:hAnsi="Montserrat"/>
        </w:rPr>
        <w:t>Nutritional Information (Per Serving):</w:t>
      </w:r>
      <w:r>
        <w:rPr>
          <w:rFonts w:ascii="Montserrat" w:hAnsi="Montserrat"/>
        </w:rPr>
        <w:t xml:space="preserve"> </w:t>
      </w:r>
      <w:r w:rsidRPr="009D01B8">
        <w:rPr>
          <w:rFonts w:ascii="Montserrat" w:hAnsi="Montserrat"/>
        </w:rPr>
        <w:t>~180 kcal | High in fiber | Long shelf-life grain | Supports gut health</w:t>
      </w:r>
    </w:p>
    <w:p w14:paraId="21873413" w14:textId="77777777" w:rsidR="000A194A" w:rsidRPr="009D01B8" w:rsidRDefault="000A194A" w:rsidP="000A194A">
      <w:pPr>
        <w:rPr>
          <w:rFonts w:ascii="Montserrat" w:hAnsi="Montserrat"/>
        </w:rPr>
      </w:pPr>
    </w:p>
    <w:p w14:paraId="5AE57B77" w14:textId="77777777" w:rsidR="000A194A" w:rsidRPr="009D01B8" w:rsidRDefault="000A194A" w:rsidP="000A194A">
      <w:pPr>
        <w:rPr>
          <w:rFonts w:ascii="Montserrat" w:hAnsi="Montserrat"/>
        </w:rPr>
      </w:pPr>
    </w:p>
    <w:p w14:paraId="30BE77C5" w14:textId="77777777" w:rsidR="000A194A" w:rsidRPr="009D01B8" w:rsidRDefault="000A194A" w:rsidP="000A194A">
      <w:pPr>
        <w:rPr>
          <w:rFonts w:ascii="Montserrat" w:hAnsi="Montserrat"/>
        </w:rPr>
      </w:pPr>
    </w:p>
    <w:p w14:paraId="16059DDB" w14:textId="77777777" w:rsidR="000A194A" w:rsidRPr="009D01B8" w:rsidRDefault="000A194A" w:rsidP="000A194A">
      <w:pPr>
        <w:rPr>
          <w:rFonts w:ascii="Montserrat" w:hAnsi="Montserrat"/>
        </w:rPr>
      </w:pPr>
    </w:p>
    <w:p w14:paraId="70859380" w14:textId="77777777" w:rsidR="000A194A" w:rsidRPr="009D01B8" w:rsidRDefault="000A194A" w:rsidP="000A194A">
      <w:pPr>
        <w:rPr>
          <w:rFonts w:ascii="Montserrat" w:hAnsi="Montserrat"/>
        </w:rPr>
      </w:pPr>
    </w:p>
    <w:p w14:paraId="4F789780" w14:textId="77777777" w:rsidR="000A194A" w:rsidRPr="009D01B8" w:rsidRDefault="000A194A" w:rsidP="000A194A">
      <w:pPr>
        <w:rPr>
          <w:rFonts w:ascii="Montserrat" w:hAnsi="Montserrat"/>
        </w:rPr>
      </w:pPr>
    </w:p>
    <w:p w14:paraId="6058E908" w14:textId="77777777" w:rsidR="00885B0E" w:rsidRDefault="00885B0E" w:rsidP="000A194A">
      <w:pPr>
        <w:rPr>
          <w:rFonts w:ascii="Montserrat" w:hAnsi="Montserrat"/>
        </w:rPr>
      </w:pPr>
    </w:p>
    <w:p w14:paraId="4DF0C873" w14:textId="77777777" w:rsidR="000A194A" w:rsidRPr="009D01B8" w:rsidRDefault="000A194A" w:rsidP="000A194A">
      <w:pPr>
        <w:rPr>
          <w:rFonts w:ascii="Montserrat" w:hAnsi="Montserrat"/>
          <w:color w:val="000000" w:themeColor="text1"/>
          <w:sz w:val="44"/>
          <w:szCs w:val="44"/>
        </w:rPr>
      </w:pPr>
      <w:r w:rsidRPr="009D01B8">
        <w:rPr>
          <w:rFonts w:ascii="Montserrat" w:hAnsi="Montserrat"/>
          <w:color w:val="000000" w:themeColor="text1"/>
          <w:sz w:val="44"/>
          <w:szCs w:val="44"/>
        </w:rPr>
        <w:t>21 MAY 2025</w:t>
      </w:r>
    </w:p>
    <w:p w14:paraId="2946B6E0" w14:textId="77777777" w:rsidR="000A194A" w:rsidRPr="00410E70" w:rsidRDefault="000A194A" w:rsidP="003A7054">
      <w:pPr>
        <w:pStyle w:val="Heading2"/>
        <w:rPr>
          <w:b/>
        </w:rPr>
      </w:pPr>
      <w:bookmarkStart w:id="9" w:name="_Toc204960721"/>
      <w:r w:rsidRPr="00410E70">
        <w:rPr>
          <w:b/>
        </w:rPr>
        <w:t>GAVURDAĞI SALAD</w:t>
      </w:r>
      <w:bookmarkEnd w:id="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6"/>
        <w:gridCol w:w="2158"/>
        <w:gridCol w:w="2158"/>
        <w:gridCol w:w="2158"/>
      </w:tblGrid>
      <w:tr w:rsidR="000A194A" w:rsidRPr="009D01B8" w14:paraId="128A02C7" w14:textId="77777777" w:rsidTr="00730C2F">
        <w:tc>
          <w:tcPr>
            <w:tcW w:w="2160" w:type="dxa"/>
          </w:tcPr>
          <w:p w14:paraId="18E273B6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Dish Type:</w:t>
            </w:r>
          </w:p>
        </w:tc>
        <w:tc>
          <w:tcPr>
            <w:tcW w:w="2160" w:type="dxa"/>
          </w:tcPr>
          <w:p w14:paraId="427DD9C5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Salad / Side</w:t>
            </w:r>
          </w:p>
        </w:tc>
        <w:tc>
          <w:tcPr>
            <w:tcW w:w="2160" w:type="dxa"/>
          </w:tcPr>
          <w:p w14:paraId="71182D6F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Yield:</w:t>
            </w:r>
          </w:p>
        </w:tc>
        <w:tc>
          <w:tcPr>
            <w:tcW w:w="2160" w:type="dxa"/>
          </w:tcPr>
          <w:p w14:paraId="4793F77B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2 servings</w:t>
            </w:r>
          </w:p>
        </w:tc>
      </w:tr>
      <w:tr w:rsidR="000A194A" w:rsidRPr="009D01B8" w14:paraId="78CD02FE" w14:textId="77777777" w:rsidTr="00730C2F">
        <w:tc>
          <w:tcPr>
            <w:tcW w:w="2160" w:type="dxa"/>
          </w:tcPr>
          <w:p w14:paraId="53993EA5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Prep Time:</w:t>
            </w:r>
          </w:p>
        </w:tc>
        <w:tc>
          <w:tcPr>
            <w:tcW w:w="2160" w:type="dxa"/>
          </w:tcPr>
          <w:p w14:paraId="39051C2E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10 minutes</w:t>
            </w:r>
          </w:p>
        </w:tc>
        <w:tc>
          <w:tcPr>
            <w:tcW w:w="2160" w:type="dxa"/>
          </w:tcPr>
          <w:p w14:paraId="1416DB31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Cooking Time:</w:t>
            </w:r>
          </w:p>
        </w:tc>
        <w:tc>
          <w:tcPr>
            <w:tcW w:w="2160" w:type="dxa"/>
          </w:tcPr>
          <w:p w14:paraId="4BE3AF68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No cooking required</w:t>
            </w:r>
          </w:p>
        </w:tc>
      </w:tr>
    </w:tbl>
    <w:p w14:paraId="6BF8BEC9" w14:textId="77777777" w:rsidR="000A194A" w:rsidRPr="009D01B8" w:rsidRDefault="000A194A" w:rsidP="000A194A">
      <w:pPr>
        <w:rPr>
          <w:rFonts w:ascii="Montserrat" w:hAnsi="Montserrat"/>
          <w:b/>
          <w:bCs/>
        </w:rPr>
      </w:pPr>
    </w:p>
    <w:p w14:paraId="40BC103E" w14:textId="77777777" w:rsidR="000A194A" w:rsidRPr="009D01B8" w:rsidRDefault="000A194A" w:rsidP="000A194A">
      <w:pPr>
        <w:rPr>
          <w:rFonts w:ascii="Montserrat" w:hAnsi="Montserrat"/>
          <w:b/>
          <w:bCs/>
        </w:rPr>
      </w:pPr>
      <w:r w:rsidRPr="009D01B8">
        <w:rPr>
          <w:rFonts w:ascii="Montserrat" w:hAnsi="Montserrat"/>
          <w:b/>
          <w:bCs/>
        </w:rPr>
        <w:t>Ingredients:</w:t>
      </w:r>
    </w:p>
    <w:p w14:paraId="09C7F1AB" w14:textId="77777777" w:rsidR="000A194A" w:rsidRDefault="000A194A" w:rsidP="000A194A">
      <w:pPr>
        <w:pStyle w:val="ListBullet"/>
        <w:rPr>
          <w:rFonts w:ascii="Montserrat" w:hAnsi="Montserrat"/>
        </w:rPr>
        <w:sectPr w:rsidR="000A194A" w:rsidSect="000A194A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568EEA1D" w14:textId="77777777" w:rsidR="000A194A" w:rsidRDefault="000A194A" w:rsidP="000A194A">
      <w:pPr>
        <w:pStyle w:val="ListBullet"/>
        <w:rPr>
          <w:rFonts w:ascii="Montserrat" w:hAnsi="Montserrat"/>
        </w:rPr>
      </w:pPr>
      <w:r w:rsidRPr="009D01B8">
        <w:rPr>
          <w:rFonts w:ascii="Montserrat" w:hAnsi="Montserrat"/>
        </w:rPr>
        <w:t>2 tomatoes, finely diced</w:t>
      </w:r>
    </w:p>
    <w:p w14:paraId="43B82ED4" w14:textId="77777777" w:rsidR="00CD20F6" w:rsidRPr="009D01B8" w:rsidRDefault="00CD20F6" w:rsidP="000A194A">
      <w:pPr>
        <w:pStyle w:val="ListBullet"/>
        <w:rPr>
          <w:rFonts w:ascii="Montserrat" w:hAnsi="Montserrat"/>
        </w:rPr>
      </w:pPr>
      <w:r>
        <w:rPr>
          <w:rFonts w:ascii="Montserrat" w:hAnsi="Montserrat"/>
        </w:rPr>
        <w:t>2 cucumbers, finely diced</w:t>
      </w:r>
    </w:p>
    <w:p w14:paraId="0BE9621F" w14:textId="77777777" w:rsidR="000A194A" w:rsidRPr="009D01B8" w:rsidRDefault="000A194A" w:rsidP="000A194A">
      <w:pPr>
        <w:pStyle w:val="ListBullet"/>
        <w:rPr>
          <w:rFonts w:ascii="Montserrat" w:hAnsi="Montserrat"/>
        </w:rPr>
      </w:pPr>
      <w:r w:rsidRPr="009D01B8">
        <w:rPr>
          <w:rFonts w:ascii="Montserrat" w:hAnsi="Montserrat"/>
        </w:rPr>
        <w:t>2 tbsp chopped walnuts</w:t>
      </w:r>
    </w:p>
    <w:p w14:paraId="1365F058" w14:textId="77777777" w:rsidR="000A194A" w:rsidRPr="009D01B8" w:rsidRDefault="000A194A" w:rsidP="000A194A">
      <w:pPr>
        <w:pStyle w:val="ListBullet"/>
        <w:rPr>
          <w:rFonts w:ascii="Montserrat" w:hAnsi="Montserrat"/>
        </w:rPr>
      </w:pPr>
      <w:r w:rsidRPr="009D01B8">
        <w:rPr>
          <w:rFonts w:ascii="Montserrat" w:hAnsi="Montserrat"/>
        </w:rPr>
        <w:t>2 tbsp finely chopped parsley</w:t>
      </w:r>
    </w:p>
    <w:p w14:paraId="48C21278" w14:textId="77777777" w:rsidR="000A194A" w:rsidRPr="009D01B8" w:rsidRDefault="000A194A" w:rsidP="000A194A">
      <w:pPr>
        <w:pStyle w:val="ListBullet"/>
        <w:rPr>
          <w:rFonts w:ascii="Montserrat" w:hAnsi="Montserrat"/>
        </w:rPr>
      </w:pPr>
      <w:r w:rsidRPr="009D01B8">
        <w:rPr>
          <w:rFonts w:ascii="Montserrat" w:hAnsi="Montserrat"/>
        </w:rPr>
        <w:t>1 tbsp pomegranate molasses</w:t>
      </w:r>
    </w:p>
    <w:p w14:paraId="584B6FC4" w14:textId="77777777" w:rsidR="000A194A" w:rsidRPr="009D01B8" w:rsidRDefault="000A194A" w:rsidP="000A194A">
      <w:pPr>
        <w:pStyle w:val="ListBullet"/>
        <w:rPr>
          <w:rFonts w:ascii="Montserrat" w:hAnsi="Montserrat"/>
        </w:rPr>
      </w:pPr>
      <w:r w:rsidRPr="009D01B8">
        <w:rPr>
          <w:rFonts w:ascii="Montserrat" w:hAnsi="Montserrat"/>
        </w:rPr>
        <w:t>1 tbsp olive oil</w:t>
      </w:r>
    </w:p>
    <w:p w14:paraId="610B9ACD" w14:textId="77777777" w:rsidR="000A194A" w:rsidRPr="009D01B8" w:rsidRDefault="000A194A" w:rsidP="000A194A">
      <w:pPr>
        <w:pStyle w:val="ListBullet"/>
        <w:rPr>
          <w:rFonts w:ascii="Montserrat" w:hAnsi="Montserrat"/>
        </w:rPr>
      </w:pPr>
      <w:r w:rsidRPr="009D01B8">
        <w:rPr>
          <w:rFonts w:ascii="Montserrat" w:hAnsi="Montserrat"/>
        </w:rPr>
        <w:t>Salt to taste</w:t>
      </w:r>
    </w:p>
    <w:p w14:paraId="153E9A32" w14:textId="77777777" w:rsidR="000A194A" w:rsidRPr="009D01B8" w:rsidRDefault="000A194A" w:rsidP="000A194A">
      <w:pPr>
        <w:pStyle w:val="ListBullet"/>
        <w:rPr>
          <w:rFonts w:ascii="Montserrat" w:hAnsi="Montserrat"/>
        </w:rPr>
      </w:pPr>
      <w:r w:rsidRPr="009D01B8">
        <w:rPr>
          <w:rFonts w:ascii="Montserrat" w:hAnsi="Montserrat"/>
        </w:rPr>
        <w:t xml:space="preserve">Optional: sumac or </w:t>
      </w:r>
      <w:proofErr w:type="spellStart"/>
      <w:r w:rsidRPr="009D01B8">
        <w:rPr>
          <w:rFonts w:ascii="Montserrat" w:hAnsi="Montserrat"/>
        </w:rPr>
        <w:t>pul</w:t>
      </w:r>
      <w:proofErr w:type="spellEnd"/>
      <w:r w:rsidRPr="009D01B8">
        <w:rPr>
          <w:rFonts w:ascii="Montserrat" w:hAnsi="Montserrat"/>
        </w:rPr>
        <w:t xml:space="preserve"> </w:t>
      </w:r>
      <w:proofErr w:type="spellStart"/>
      <w:r w:rsidRPr="009D01B8">
        <w:rPr>
          <w:rFonts w:ascii="Montserrat" w:hAnsi="Montserrat"/>
        </w:rPr>
        <w:t>biber</w:t>
      </w:r>
      <w:proofErr w:type="spellEnd"/>
    </w:p>
    <w:p w14:paraId="1DAE1CF9" w14:textId="77777777" w:rsidR="000A194A" w:rsidRDefault="000A194A" w:rsidP="000A194A">
      <w:pPr>
        <w:rPr>
          <w:rFonts w:ascii="Montserrat" w:hAnsi="Montserrat"/>
        </w:rPr>
        <w:sectPr w:rsidR="000A194A" w:rsidSect="000A194A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3B9A47C3" w14:textId="77777777" w:rsidR="000A194A" w:rsidRPr="009D01B8" w:rsidRDefault="000A194A" w:rsidP="000A194A">
      <w:pPr>
        <w:rPr>
          <w:rFonts w:ascii="Montserrat" w:hAnsi="Montserrat"/>
          <w:b/>
          <w:bCs/>
        </w:rPr>
      </w:pPr>
    </w:p>
    <w:p w14:paraId="28BFCC5F" w14:textId="77777777" w:rsidR="000A194A" w:rsidRPr="009D01B8" w:rsidRDefault="000A194A" w:rsidP="000A194A">
      <w:pPr>
        <w:rPr>
          <w:rFonts w:ascii="Montserrat" w:hAnsi="Montserrat"/>
          <w:b/>
          <w:bCs/>
        </w:rPr>
      </w:pPr>
      <w:r w:rsidRPr="009D01B8">
        <w:rPr>
          <w:rFonts w:ascii="Montserrat" w:hAnsi="Montserrat"/>
          <w:b/>
          <w:bCs/>
        </w:rPr>
        <w:t>Method:</w:t>
      </w:r>
    </w:p>
    <w:p w14:paraId="61102BC1" w14:textId="77777777" w:rsidR="000A194A" w:rsidRPr="009D01B8" w:rsidRDefault="000A194A" w:rsidP="000A194A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9D01B8">
        <w:rPr>
          <w:rFonts w:ascii="Montserrat" w:hAnsi="Montserrat"/>
        </w:rPr>
        <w:t>1. Combine tomatoes, walnuts, and parsley in a mixing bowl.</w:t>
      </w:r>
    </w:p>
    <w:p w14:paraId="446B83BF" w14:textId="77777777" w:rsidR="000A194A" w:rsidRPr="009D01B8" w:rsidRDefault="000A194A" w:rsidP="000A194A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9D01B8">
        <w:rPr>
          <w:rFonts w:ascii="Montserrat" w:hAnsi="Montserrat"/>
        </w:rPr>
        <w:t>2. Drizzle with pomegranate molasses and olive oil.</w:t>
      </w:r>
    </w:p>
    <w:p w14:paraId="6BAA2128" w14:textId="77777777" w:rsidR="000A194A" w:rsidRPr="009D01B8" w:rsidRDefault="000A194A" w:rsidP="000A194A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9D01B8">
        <w:rPr>
          <w:rFonts w:ascii="Montserrat" w:hAnsi="Montserrat"/>
        </w:rPr>
        <w:t>3. Season with salt and optional spices.</w:t>
      </w:r>
    </w:p>
    <w:p w14:paraId="78C6F583" w14:textId="77777777" w:rsidR="000A194A" w:rsidRPr="009D01B8" w:rsidRDefault="000A194A" w:rsidP="000A194A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9D01B8">
        <w:rPr>
          <w:rFonts w:ascii="Montserrat" w:hAnsi="Montserrat"/>
        </w:rPr>
        <w:t>4. Toss well and serve fresh.</w:t>
      </w:r>
    </w:p>
    <w:p w14:paraId="03C597B5" w14:textId="77777777" w:rsidR="000A194A" w:rsidRDefault="000A194A" w:rsidP="000A194A">
      <w:pPr>
        <w:rPr>
          <w:rFonts w:ascii="Montserrat" w:hAnsi="Montserrat"/>
        </w:rPr>
      </w:pPr>
    </w:p>
    <w:p w14:paraId="4E59AAA2" w14:textId="77777777" w:rsidR="000A194A" w:rsidRPr="009D01B8" w:rsidRDefault="000A194A" w:rsidP="000A194A">
      <w:pPr>
        <w:rPr>
          <w:rFonts w:ascii="Montserrat" w:hAnsi="Montserrat"/>
        </w:rPr>
      </w:pPr>
      <w:r w:rsidRPr="009D01B8">
        <w:rPr>
          <w:rFonts w:ascii="Montserrat" w:hAnsi="Montserrat"/>
        </w:rPr>
        <w:t>Nutritional Information (Per Serving):</w:t>
      </w:r>
      <w:r>
        <w:rPr>
          <w:rFonts w:ascii="Montserrat" w:hAnsi="Montserrat"/>
        </w:rPr>
        <w:t xml:space="preserve"> </w:t>
      </w:r>
      <w:r w:rsidRPr="009D01B8">
        <w:rPr>
          <w:rFonts w:ascii="Montserrat" w:hAnsi="Montserrat"/>
        </w:rPr>
        <w:t>~160 kcal | Rich in antioxidants | Uses local, seasonal ingredients | No cooking needed</w:t>
      </w:r>
    </w:p>
    <w:p w14:paraId="60F3E550" w14:textId="77777777" w:rsidR="000A194A" w:rsidRPr="009D01B8" w:rsidRDefault="000A194A" w:rsidP="000A194A">
      <w:pPr>
        <w:rPr>
          <w:rFonts w:ascii="Montserrat" w:hAnsi="Montserrat"/>
        </w:rPr>
      </w:pPr>
    </w:p>
    <w:p w14:paraId="07B10D73" w14:textId="77777777" w:rsidR="000A194A" w:rsidRPr="009D01B8" w:rsidRDefault="000A194A" w:rsidP="000A194A">
      <w:pPr>
        <w:rPr>
          <w:rFonts w:ascii="Montserrat" w:hAnsi="Montserrat"/>
        </w:rPr>
      </w:pPr>
    </w:p>
    <w:p w14:paraId="2E5DB105" w14:textId="77777777" w:rsidR="000A194A" w:rsidRPr="009D01B8" w:rsidRDefault="000A194A" w:rsidP="000A194A">
      <w:pPr>
        <w:rPr>
          <w:rFonts w:ascii="Montserrat" w:hAnsi="Montserrat"/>
        </w:rPr>
      </w:pPr>
    </w:p>
    <w:p w14:paraId="5B5CE827" w14:textId="77777777" w:rsidR="000A194A" w:rsidRPr="009D01B8" w:rsidRDefault="000A194A" w:rsidP="000A194A">
      <w:pPr>
        <w:rPr>
          <w:rFonts w:ascii="Montserrat" w:hAnsi="Montserrat"/>
        </w:rPr>
      </w:pPr>
    </w:p>
    <w:p w14:paraId="16430A1F" w14:textId="77777777" w:rsidR="000A194A" w:rsidRDefault="000A194A" w:rsidP="000A194A">
      <w:pPr>
        <w:rPr>
          <w:rFonts w:ascii="Montserrat" w:hAnsi="Montserrat"/>
        </w:rPr>
      </w:pPr>
    </w:p>
    <w:p w14:paraId="24E7F498" w14:textId="77777777" w:rsidR="001608AA" w:rsidRDefault="001608AA" w:rsidP="000A194A">
      <w:pPr>
        <w:rPr>
          <w:rFonts w:ascii="Montserrat" w:hAnsi="Montserrat"/>
        </w:rPr>
      </w:pPr>
    </w:p>
    <w:p w14:paraId="719F40EF" w14:textId="77777777" w:rsidR="001608AA" w:rsidRDefault="001608AA" w:rsidP="000A194A">
      <w:pPr>
        <w:rPr>
          <w:rFonts w:ascii="Montserrat" w:hAnsi="Montserrat"/>
        </w:rPr>
      </w:pPr>
    </w:p>
    <w:p w14:paraId="058B093D" w14:textId="77777777" w:rsidR="000A194A" w:rsidRPr="009D01B8" w:rsidRDefault="000A194A" w:rsidP="000A194A">
      <w:pPr>
        <w:rPr>
          <w:rFonts w:ascii="Montserrat" w:hAnsi="Montserrat"/>
        </w:rPr>
      </w:pPr>
    </w:p>
    <w:p w14:paraId="41EE18BD" w14:textId="77777777" w:rsidR="000A194A" w:rsidRPr="009D01B8" w:rsidRDefault="000A194A" w:rsidP="000A194A">
      <w:pPr>
        <w:rPr>
          <w:rFonts w:ascii="Montserrat" w:hAnsi="Montserrat"/>
          <w:color w:val="000000" w:themeColor="text1"/>
          <w:sz w:val="44"/>
          <w:szCs w:val="44"/>
        </w:rPr>
      </w:pPr>
      <w:r w:rsidRPr="009D01B8">
        <w:rPr>
          <w:rFonts w:ascii="Montserrat" w:hAnsi="Montserrat"/>
          <w:color w:val="000000" w:themeColor="text1"/>
          <w:sz w:val="44"/>
          <w:szCs w:val="44"/>
        </w:rPr>
        <w:lastRenderedPageBreak/>
        <w:t>21 MAY 2025</w:t>
      </w:r>
    </w:p>
    <w:p w14:paraId="6637F19C" w14:textId="77777777" w:rsidR="000A194A" w:rsidRPr="00410E70" w:rsidRDefault="000A194A" w:rsidP="003A7054">
      <w:pPr>
        <w:pStyle w:val="Heading2"/>
        <w:rPr>
          <w:b/>
        </w:rPr>
      </w:pPr>
      <w:bookmarkStart w:id="10" w:name="_Toc204960722"/>
      <w:r w:rsidRPr="00410E70">
        <w:rPr>
          <w:b/>
        </w:rPr>
        <w:t>AYRAN WITH FRESH BASIL</w:t>
      </w:r>
      <w:bookmarkEnd w:id="1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6"/>
        <w:gridCol w:w="2158"/>
        <w:gridCol w:w="2158"/>
        <w:gridCol w:w="2158"/>
      </w:tblGrid>
      <w:tr w:rsidR="000A194A" w:rsidRPr="009D01B8" w14:paraId="57D03C21" w14:textId="77777777" w:rsidTr="00730C2F">
        <w:tc>
          <w:tcPr>
            <w:tcW w:w="2160" w:type="dxa"/>
          </w:tcPr>
          <w:p w14:paraId="0B3CDD8B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Dish Type:</w:t>
            </w:r>
          </w:p>
        </w:tc>
        <w:tc>
          <w:tcPr>
            <w:tcW w:w="2160" w:type="dxa"/>
          </w:tcPr>
          <w:p w14:paraId="390BD83E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Beverage</w:t>
            </w:r>
          </w:p>
        </w:tc>
        <w:tc>
          <w:tcPr>
            <w:tcW w:w="2160" w:type="dxa"/>
          </w:tcPr>
          <w:p w14:paraId="16738596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Yield:</w:t>
            </w:r>
          </w:p>
        </w:tc>
        <w:tc>
          <w:tcPr>
            <w:tcW w:w="2160" w:type="dxa"/>
          </w:tcPr>
          <w:p w14:paraId="68D894C5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1 glass</w:t>
            </w:r>
          </w:p>
        </w:tc>
      </w:tr>
      <w:tr w:rsidR="000A194A" w:rsidRPr="009D01B8" w14:paraId="4F8F5B7C" w14:textId="77777777" w:rsidTr="00730C2F">
        <w:tc>
          <w:tcPr>
            <w:tcW w:w="2160" w:type="dxa"/>
          </w:tcPr>
          <w:p w14:paraId="6A9FB3C6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Prep Time:</w:t>
            </w:r>
          </w:p>
        </w:tc>
        <w:tc>
          <w:tcPr>
            <w:tcW w:w="2160" w:type="dxa"/>
          </w:tcPr>
          <w:p w14:paraId="0BC0A174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2 minutes</w:t>
            </w:r>
          </w:p>
        </w:tc>
        <w:tc>
          <w:tcPr>
            <w:tcW w:w="2160" w:type="dxa"/>
          </w:tcPr>
          <w:p w14:paraId="77FE8F8B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Cooking Time:</w:t>
            </w:r>
          </w:p>
        </w:tc>
        <w:tc>
          <w:tcPr>
            <w:tcW w:w="2160" w:type="dxa"/>
          </w:tcPr>
          <w:p w14:paraId="7BD5AE5F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No cooking required</w:t>
            </w:r>
          </w:p>
        </w:tc>
      </w:tr>
    </w:tbl>
    <w:p w14:paraId="49B59051" w14:textId="77777777" w:rsidR="000A194A" w:rsidRPr="009D01B8" w:rsidRDefault="000A194A" w:rsidP="000A194A">
      <w:pPr>
        <w:rPr>
          <w:rFonts w:ascii="Montserrat" w:hAnsi="Montserrat"/>
          <w:b/>
          <w:bCs/>
        </w:rPr>
      </w:pPr>
    </w:p>
    <w:p w14:paraId="556E5F52" w14:textId="77777777" w:rsidR="000A194A" w:rsidRPr="009D01B8" w:rsidRDefault="000A194A" w:rsidP="000A194A">
      <w:pPr>
        <w:rPr>
          <w:rFonts w:ascii="Montserrat" w:hAnsi="Montserrat"/>
          <w:b/>
          <w:bCs/>
        </w:rPr>
      </w:pPr>
      <w:r w:rsidRPr="009D01B8">
        <w:rPr>
          <w:rFonts w:ascii="Montserrat" w:hAnsi="Montserrat"/>
          <w:b/>
          <w:bCs/>
        </w:rPr>
        <w:t>Ingredients:</w:t>
      </w:r>
    </w:p>
    <w:p w14:paraId="064BBC36" w14:textId="77777777" w:rsidR="000A194A" w:rsidRDefault="000A194A" w:rsidP="000A194A">
      <w:pPr>
        <w:pStyle w:val="ListBullet"/>
        <w:rPr>
          <w:rFonts w:ascii="Montserrat" w:hAnsi="Montserrat"/>
        </w:rPr>
        <w:sectPr w:rsidR="000A194A" w:rsidSect="000A194A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22801AEB" w14:textId="77777777" w:rsidR="000A194A" w:rsidRPr="009D01B8" w:rsidRDefault="000A194A" w:rsidP="000A194A">
      <w:pPr>
        <w:pStyle w:val="ListBullet"/>
        <w:rPr>
          <w:rFonts w:ascii="Montserrat" w:hAnsi="Montserrat"/>
        </w:rPr>
      </w:pPr>
      <w:r w:rsidRPr="009D01B8">
        <w:rPr>
          <w:rFonts w:ascii="Montserrat" w:hAnsi="Montserrat"/>
        </w:rPr>
        <w:t>100 g plain yogurt</w:t>
      </w:r>
    </w:p>
    <w:p w14:paraId="27955ECC" w14:textId="77777777" w:rsidR="000A194A" w:rsidRPr="009D01B8" w:rsidRDefault="000A194A" w:rsidP="000A194A">
      <w:pPr>
        <w:pStyle w:val="ListBullet"/>
        <w:rPr>
          <w:rFonts w:ascii="Montserrat" w:hAnsi="Montserrat"/>
        </w:rPr>
      </w:pPr>
      <w:r w:rsidRPr="009D01B8">
        <w:rPr>
          <w:rFonts w:ascii="Montserrat" w:hAnsi="Montserrat"/>
        </w:rPr>
        <w:t>50–70 ml cold water</w:t>
      </w:r>
    </w:p>
    <w:p w14:paraId="28627F25" w14:textId="77777777" w:rsidR="000A194A" w:rsidRPr="009D01B8" w:rsidRDefault="000A194A" w:rsidP="000A194A">
      <w:pPr>
        <w:pStyle w:val="ListBullet"/>
        <w:rPr>
          <w:rFonts w:ascii="Montserrat" w:hAnsi="Montserrat"/>
        </w:rPr>
      </w:pPr>
      <w:r w:rsidRPr="009D01B8">
        <w:rPr>
          <w:rFonts w:ascii="Montserrat" w:hAnsi="Montserrat"/>
        </w:rPr>
        <w:t>Salt to taste</w:t>
      </w:r>
    </w:p>
    <w:p w14:paraId="65B46968" w14:textId="77777777" w:rsidR="000A194A" w:rsidRPr="009D01B8" w:rsidRDefault="000A194A" w:rsidP="000A194A">
      <w:pPr>
        <w:pStyle w:val="ListBullet"/>
        <w:rPr>
          <w:rFonts w:ascii="Montserrat" w:hAnsi="Montserrat"/>
        </w:rPr>
      </w:pPr>
      <w:r w:rsidRPr="009D01B8">
        <w:rPr>
          <w:rFonts w:ascii="Montserrat" w:hAnsi="Montserrat"/>
        </w:rPr>
        <w:t>2–3 fresh basil leaves, finely chopped</w:t>
      </w:r>
    </w:p>
    <w:p w14:paraId="553CB91C" w14:textId="77777777" w:rsidR="000A194A" w:rsidRDefault="000A194A" w:rsidP="000A194A">
      <w:pPr>
        <w:rPr>
          <w:rFonts w:ascii="Montserrat" w:hAnsi="Montserrat"/>
          <w:b/>
          <w:bCs/>
        </w:rPr>
        <w:sectPr w:rsidR="000A194A" w:rsidSect="000A194A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15964A74" w14:textId="77777777" w:rsidR="000A194A" w:rsidRDefault="000A194A" w:rsidP="000A194A">
      <w:pPr>
        <w:rPr>
          <w:rFonts w:ascii="Montserrat" w:hAnsi="Montserrat"/>
          <w:b/>
          <w:bCs/>
        </w:rPr>
      </w:pPr>
    </w:p>
    <w:p w14:paraId="41B31178" w14:textId="77777777" w:rsidR="000A194A" w:rsidRPr="009D01B8" w:rsidRDefault="000A194A" w:rsidP="000A194A">
      <w:pPr>
        <w:rPr>
          <w:rFonts w:ascii="Montserrat" w:hAnsi="Montserrat"/>
          <w:b/>
          <w:bCs/>
        </w:rPr>
      </w:pPr>
      <w:r w:rsidRPr="009D01B8">
        <w:rPr>
          <w:rFonts w:ascii="Montserrat" w:hAnsi="Montserrat"/>
          <w:b/>
          <w:bCs/>
        </w:rPr>
        <w:t>Method:</w:t>
      </w:r>
    </w:p>
    <w:p w14:paraId="0DB1ED75" w14:textId="77777777" w:rsidR="000A194A" w:rsidRPr="009D01B8" w:rsidRDefault="000A194A" w:rsidP="000A194A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9D01B8">
        <w:rPr>
          <w:rFonts w:ascii="Montserrat" w:hAnsi="Montserrat"/>
        </w:rPr>
        <w:t>1. Whisk yogurt with water and a pinch of salt until smooth.</w:t>
      </w:r>
    </w:p>
    <w:p w14:paraId="7DEF5234" w14:textId="77777777" w:rsidR="000A194A" w:rsidRPr="009D01B8" w:rsidRDefault="000A194A" w:rsidP="000A194A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9D01B8">
        <w:rPr>
          <w:rFonts w:ascii="Montserrat" w:hAnsi="Montserrat"/>
        </w:rPr>
        <w:t>2. Stir in finely chopped basil.</w:t>
      </w:r>
    </w:p>
    <w:p w14:paraId="613197A4" w14:textId="77777777" w:rsidR="000A194A" w:rsidRPr="009D01B8" w:rsidRDefault="000A194A" w:rsidP="000A194A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9D01B8">
        <w:rPr>
          <w:rFonts w:ascii="Montserrat" w:hAnsi="Montserrat"/>
        </w:rPr>
        <w:t>3. Serve cold.</w:t>
      </w:r>
    </w:p>
    <w:p w14:paraId="46934712" w14:textId="77777777" w:rsidR="000A194A" w:rsidRDefault="000A194A" w:rsidP="000A194A">
      <w:pPr>
        <w:rPr>
          <w:rFonts w:ascii="Montserrat" w:hAnsi="Montserrat"/>
        </w:rPr>
      </w:pPr>
    </w:p>
    <w:p w14:paraId="1B1A44E0" w14:textId="77777777" w:rsidR="000A194A" w:rsidRPr="009D01B8" w:rsidRDefault="000A194A" w:rsidP="000A194A">
      <w:pPr>
        <w:rPr>
          <w:rFonts w:ascii="Montserrat" w:hAnsi="Montserrat"/>
        </w:rPr>
      </w:pPr>
      <w:r w:rsidRPr="009D01B8">
        <w:rPr>
          <w:rFonts w:ascii="Montserrat" w:hAnsi="Montserrat"/>
        </w:rPr>
        <w:t>Nutritional Information (Per Serving):</w:t>
      </w:r>
      <w:r>
        <w:rPr>
          <w:rFonts w:ascii="Montserrat" w:hAnsi="Montserrat"/>
        </w:rPr>
        <w:t xml:space="preserve"> </w:t>
      </w:r>
      <w:r w:rsidRPr="009D01B8">
        <w:rPr>
          <w:rFonts w:ascii="Montserrat" w:hAnsi="Montserrat"/>
        </w:rPr>
        <w:t>~90 kcal | Probiotic and hydrating | Supports digestion and electrolyte balance</w:t>
      </w:r>
    </w:p>
    <w:p w14:paraId="59D0F5DA" w14:textId="77777777" w:rsidR="000A194A" w:rsidRPr="009D01B8" w:rsidRDefault="000A194A" w:rsidP="000A194A">
      <w:pPr>
        <w:rPr>
          <w:rFonts w:ascii="Montserrat" w:hAnsi="Montserrat"/>
        </w:rPr>
      </w:pPr>
    </w:p>
    <w:p w14:paraId="40749A0A" w14:textId="77777777" w:rsidR="000A194A" w:rsidRPr="009D01B8" w:rsidRDefault="000A194A" w:rsidP="000A194A">
      <w:pPr>
        <w:rPr>
          <w:rFonts w:ascii="Montserrat" w:hAnsi="Montserrat"/>
        </w:rPr>
      </w:pPr>
    </w:p>
    <w:p w14:paraId="54465669" w14:textId="77777777" w:rsidR="000A194A" w:rsidRPr="009D01B8" w:rsidRDefault="000A194A" w:rsidP="000A194A">
      <w:pPr>
        <w:rPr>
          <w:rFonts w:ascii="Montserrat" w:hAnsi="Montserrat"/>
        </w:rPr>
      </w:pPr>
    </w:p>
    <w:p w14:paraId="296DDFC0" w14:textId="77777777" w:rsidR="000A194A" w:rsidRPr="009D01B8" w:rsidRDefault="000A194A" w:rsidP="000A194A">
      <w:pPr>
        <w:rPr>
          <w:rFonts w:ascii="Montserrat" w:hAnsi="Montserrat"/>
        </w:rPr>
      </w:pPr>
    </w:p>
    <w:p w14:paraId="772D87E9" w14:textId="77777777" w:rsidR="000A194A" w:rsidRPr="009D01B8" w:rsidRDefault="000A194A" w:rsidP="000A194A">
      <w:pPr>
        <w:rPr>
          <w:rFonts w:ascii="Montserrat" w:hAnsi="Montserrat"/>
        </w:rPr>
      </w:pPr>
    </w:p>
    <w:p w14:paraId="28C3FA92" w14:textId="77777777" w:rsidR="000A194A" w:rsidRPr="009D01B8" w:rsidRDefault="000A194A" w:rsidP="000A194A">
      <w:pPr>
        <w:rPr>
          <w:rFonts w:ascii="Montserrat" w:hAnsi="Montserrat"/>
        </w:rPr>
      </w:pPr>
    </w:p>
    <w:p w14:paraId="01706F83" w14:textId="77777777" w:rsidR="000A194A" w:rsidRDefault="000A194A" w:rsidP="000A194A">
      <w:pPr>
        <w:rPr>
          <w:rFonts w:ascii="Montserrat" w:hAnsi="Montserrat"/>
        </w:rPr>
      </w:pPr>
    </w:p>
    <w:p w14:paraId="5172981B" w14:textId="77777777" w:rsidR="000A194A" w:rsidRDefault="000A194A" w:rsidP="000A194A">
      <w:pPr>
        <w:rPr>
          <w:rFonts w:ascii="Montserrat" w:hAnsi="Montserrat"/>
        </w:rPr>
      </w:pPr>
    </w:p>
    <w:p w14:paraId="34422165" w14:textId="77777777" w:rsidR="000A194A" w:rsidRDefault="000A194A" w:rsidP="000A194A">
      <w:pPr>
        <w:rPr>
          <w:rFonts w:ascii="Montserrat" w:hAnsi="Montserrat"/>
        </w:rPr>
      </w:pPr>
    </w:p>
    <w:p w14:paraId="6807FFF9" w14:textId="77777777" w:rsidR="000A194A" w:rsidRDefault="000A194A" w:rsidP="000A194A">
      <w:pPr>
        <w:rPr>
          <w:rFonts w:ascii="Montserrat" w:hAnsi="Montserrat"/>
        </w:rPr>
      </w:pPr>
    </w:p>
    <w:p w14:paraId="15F3DCF5" w14:textId="77777777" w:rsidR="000A194A" w:rsidRPr="009D01B8" w:rsidRDefault="000A194A" w:rsidP="000A194A">
      <w:pPr>
        <w:rPr>
          <w:rFonts w:ascii="Montserrat" w:hAnsi="Montserrat"/>
        </w:rPr>
      </w:pPr>
    </w:p>
    <w:p w14:paraId="47707341" w14:textId="77777777" w:rsidR="000A194A" w:rsidRPr="009D01B8" w:rsidRDefault="000A194A" w:rsidP="000A194A">
      <w:pPr>
        <w:rPr>
          <w:rFonts w:ascii="Montserrat" w:hAnsi="Montserrat"/>
          <w:color w:val="000000" w:themeColor="text1"/>
          <w:sz w:val="44"/>
          <w:szCs w:val="44"/>
        </w:rPr>
      </w:pPr>
      <w:r w:rsidRPr="009D01B8">
        <w:rPr>
          <w:rFonts w:ascii="Montserrat" w:hAnsi="Montserrat"/>
          <w:color w:val="000000" w:themeColor="text1"/>
          <w:sz w:val="44"/>
          <w:szCs w:val="44"/>
        </w:rPr>
        <w:t>21 MAY 2025</w:t>
      </w:r>
    </w:p>
    <w:p w14:paraId="40024CB2" w14:textId="77777777" w:rsidR="000A194A" w:rsidRPr="00410E70" w:rsidRDefault="000A194A" w:rsidP="003A7054">
      <w:pPr>
        <w:pStyle w:val="Heading2"/>
        <w:rPr>
          <w:b/>
        </w:rPr>
      </w:pPr>
      <w:bookmarkStart w:id="11" w:name="_Toc204960723"/>
      <w:r w:rsidRPr="00410E70">
        <w:rPr>
          <w:b/>
        </w:rPr>
        <w:t>DRIED FIG DESSERT</w:t>
      </w:r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6"/>
        <w:gridCol w:w="2158"/>
        <w:gridCol w:w="2158"/>
        <w:gridCol w:w="2158"/>
      </w:tblGrid>
      <w:tr w:rsidR="000A194A" w:rsidRPr="009D01B8" w14:paraId="7D198570" w14:textId="77777777" w:rsidTr="00730C2F">
        <w:tc>
          <w:tcPr>
            <w:tcW w:w="2160" w:type="dxa"/>
          </w:tcPr>
          <w:p w14:paraId="33451877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Dish Type:</w:t>
            </w:r>
          </w:p>
        </w:tc>
        <w:tc>
          <w:tcPr>
            <w:tcW w:w="2160" w:type="dxa"/>
          </w:tcPr>
          <w:p w14:paraId="7CC851DD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Dessert / Snack</w:t>
            </w:r>
          </w:p>
        </w:tc>
        <w:tc>
          <w:tcPr>
            <w:tcW w:w="2160" w:type="dxa"/>
          </w:tcPr>
          <w:p w14:paraId="2BF973D0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Yield:</w:t>
            </w:r>
          </w:p>
        </w:tc>
        <w:tc>
          <w:tcPr>
            <w:tcW w:w="2160" w:type="dxa"/>
          </w:tcPr>
          <w:p w14:paraId="1BDCB507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2 servings</w:t>
            </w:r>
          </w:p>
        </w:tc>
      </w:tr>
      <w:tr w:rsidR="000A194A" w:rsidRPr="009D01B8" w14:paraId="11FBCE52" w14:textId="77777777" w:rsidTr="00730C2F">
        <w:tc>
          <w:tcPr>
            <w:tcW w:w="2160" w:type="dxa"/>
          </w:tcPr>
          <w:p w14:paraId="572106DB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Prep Time:</w:t>
            </w:r>
          </w:p>
        </w:tc>
        <w:tc>
          <w:tcPr>
            <w:tcW w:w="2160" w:type="dxa"/>
          </w:tcPr>
          <w:p w14:paraId="2910F26D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3 minutes</w:t>
            </w:r>
          </w:p>
        </w:tc>
        <w:tc>
          <w:tcPr>
            <w:tcW w:w="2160" w:type="dxa"/>
          </w:tcPr>
          <w:p w14:paraId="0A310489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Cooking Time:</w:t>
            </w:r>
          </w:p>
        </w:tc>
        <w:tc>
          <w:tcPr>
            <w:tcW w:w="2160" w:type="dxa"/>
          </w:tcPr>
          <w:p w14:paraId="1587B372" w14:textId="77777777" w:rsidR="000A194A" w:rsidRPr="009D01B8" w:rsidRDefault="000A194A" w:rsidP="00730C2F">
            <w:pPr>
              <w:rPr>
                <w:rFonts w:ascii="Montserrat" w:hAnsi="Montserrat"/>
              </w:rPr>
            </w:pPr>
            <w:r w:rsidRPr="009D01B8">
              <w:rPr>
                <w:rFonts w:ascii="Montserrat" w:hAnsi="Montserrat"/>
              </w:rPr>
              <w:t>Optional 1–2 minutes (for softening)</w:t>
            </w:r>
          </w:p>
        </w:tc>
      </w:tr>
    </w:tbl>
    <w:p w14:paraId="0426D238" w14:textId="77777777" w:rsidR="000A194A" w:rsidRPr="009D01B8" w:rsidRDefault="000A194A" w:rsidP="000A194A">
      <w:pPr>
        <w:rPr>
          <w:rFonts w:ascii="Montserrat" w:hAnsi="Montserrat"/>
          <w:b/>
          <w:bCs/>
        </w:rPr>
      </w:pPr>
      <w:r w:rsidRPr="009D01B8">
        <w:rPr>
          <w:rFonts w:ascii="Montserrat" w:hAnsi="Montserrat"/>
          <w:b/>
          <w:bCs/>
        </w:rPr>
        <w:t>Ingredients:</w:t>
      </w:r>
    </w:p>
    <w:p w14:paraId="605B6B2F" w14:textId="77777777" w:rsidR="000A194A" w:rsidRDefault="000A194A" w:rsidP="000A194A">
      <w:pPr>
        <w:pStyle w:val="ListBullet"/>
        <w:rPr>
          <w:rFonts w:ascii="Montserrat" w:hAnsi="Montserrat"/>
        </w:rPr>
        <w:sectPr w:rsidR="000A194A" w:rsidSect="000A194A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2E2BD6CC" w14:textId="77777777" w:rsidR="000A194A" w:rsidRDefault="007F5227" w:rsidP="000A194A">
      <w:pPr>
        <w:pStyle w:val="ListBullet"/>
        <w:rPr>
          <w:rFonts w:ascii="Montserrat" w:hAnsi="Montserrat"/>
        </w:rPr>
      </w:pPr>
      <w:r>
        <w:rPr>
          <w:rFonts w:ascii="Montserrat" w:hAnsi="Montserrat"/>
        </w:rPr>
        <w:t>8</w:t>
      </w:r>
      <w:r w:rsidR="000A194A" w:rsidRPr="009D01B8">
        <w:rPr>
          <w:rFonts w:ascii="Montserrat" w:hAnsi="Montserrat"/>
        </w:rPr>
        <w:t xml:space="preserve"> dried figs</w:t>
      </w:r>
    </w:p>
    <w:p w14:paraId="62DC1916" w14:textId="77777777" w:rsidR="000A194A" w:rsidRPr="009D01B8" w:rsidRDefault="007F5227" w:rsidP="000A194A">
      <w:pPr>
        <w:pStyle w:val="ListBullet"/>
        <w:rPr>
          <w:rFonts w:ascii="Montserrat" w:hAnsi="Montserrat"/>
        </w:rPr>
      </w:pPr>
      <w:r>
        <w:rPr>
          <w:rFonts w:ascii="Montserrat" w:hAnsi="Montserrat"/>
        </w:rPr>
        <w:t>500 ml milk</w:t>
      </w:r>
    </w:p>
    <w:p w14:paraId="30BB5E0C" w14:textId="77777777" w:rsidR="000A194A" w:rsidRPr="009D01B8" w:rsidRDefault="000A194A" w:rsidP="000A194A">
      <w:pPr>
        <w:pStyle w:val="ListBullet"/>
        <w:rPr>
          <w:rFonts w:ascii="Montserrat" w:hAnsi="Montserrat"/>
        </w:rPr>
      </w:pPr>
      <w:r w:rsidRPr="009D01B8">
        <w:rPr>
          <w:rFonts w:ascii="Montserrat" w:hAnsi="Montserrat"/>
        </w:rPr>
        <w:t>Optional: cinnamon or orange zest</w:t>
      </w:r>
    </w:p>
    <w:p w14:paraId="1F13D245" w14:textId="77777777" w:rsidR="000A194A" w:rsidRDefault="000A194A" w:rsidP="000A194A">
      <w:pPr>
        <w:rPr>
          <w:rFonts w:ascii="Montserrat" w:hAnsi="Montserrat"/>
          <w:b/>
          <w:bCs/>
        </w:rPr>
        <w:sectPr w:rsidR="000A194A" w:rsidSect="000A194A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567667B9" w14:textId="77777777" w:rsidR="000A194A" w:rsidRPr="009D01B8" w:rsidRDefault="000A194A" w:rsidP="000A194A">
      <w:pPr>
        <w:rPr>
          <w:rFonts w:ascii="Montserrat" w:hAnsi="Montserrat"/>
          <w:b/>
          <w:bCs/>
        </w:rPr>
      </w:pPr>
      <w:r w:rsidRPr="009D01B8">
        <w:rPr>
          <w:rFonts w:ascii="Montserrat" w:hAnsi="Montserrat"/>
          <w:b/>
          <w:bCs/>
        </w:rPr>
        <w:t>Method:</w:t>
      </w:r>
    </w:p>
    <w:p w14:paraId="17760910" w14:textId="77777777" w:rsidR="007F5227" w:rsidRPr="007F5227" w:rsidRDefault="007F5227" w:rsidP="007F5227">
      <w:pPr>
        <w:pStyle w:val="ListNumber"/>
        <w:numPr>
          <w:ilvl w:val="0"/>
          <w:numId w:val="0"/>
        </w:num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1. </w:t>
      </w:r>
      <w:r w:rsidRPr="007F5227">
        <w:rPr>
          <w:rFonts w:ascii="Montserrat" w:hAnsi="Montserrat"/>
        </w:rPr>
        <w:t>Soak the dried figs in hot water for about 1 hour until soft.</w:t>
      </w:r>
    </w:p>
    <w:p w14:paraId="26467106" w14:textId="77777777" w:rsidR="007F5227" w:rsidRPr="007F5227" w:rsidRDefault="007F5227" w:rsidP="007F5227">
      <w:pPr>
        <w:pStyle w:val="ListNumber"/>
        <w:numPr>
          <w:ilvl w:val="0"/>
          <w:numId w:val="0"/>
        </w:numPr>
        <w:spacing w:after="0"/>
        <w:ind w:left="360" w:hanging="360"/>
        <w:rPr>
          <w:rFonts w:ascii="Montserrat" w:hAnsi="Montserrat"/>
        </w:rPr>
      </w:pPr>
    </w:p>
    <w:p w14:paraId="776AAE38" w14:textId="77777777" w:rsidR="007F5227" w:rsidRPr="007F5227" w:rsidRDefault="007F5227" w:rsidP="007F5227">
      <w:pPr>
        <w:pStyle w:val="ListNumber"/>
        <w:numPr>
          <w:ilvl w:val="0"/>
          <w:numId w:val="0"/>
        </w:numPr>
        <w:spacing w:after="0"/>
        <w:ind w:left="360" w:hanging="360"/>
        <w:rPr>
          <w:rFonts w:ascii="Montserrat" w:hAnsi="Montserrat"/>
        </w:rPr>
      </w:pPr>
      <w:r>
        <w:rPr>
          <w:rFonts w:ascii="Montserrat" w:hAnsi="Montserrat"/>
        </w:rPr>
        <w:t xml:space="preserve">2. </w:t>
      </w:r>
      <w:r w:rsidRPr="007F5227">
        <w:rPr>
          <w:rFonts w:ascii="Montserrat" w:hAnsi="Montserrat"/>
        </w:rPr>
        <w:t>Chop the softened figs into small cubes and place them in a bowl.</w:t>
      </w:r>
    </w:p>
    <w:p w14:paraId="52AA9FA4" w14:textId="77777777" w:rsidR="007F5227" w:rsidRPr="007F5227" w:rsidRDefault="007F5227" w:rsidP="007F5227">
      <w:pPr>
        <w:pStyle w:val="ListNumber"/>
        <w:numPr>
          <w:ilvl w:val="0"/>
          <w:numId w:val="0"/>
        </w:num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3. </w:t>
      </w:r>
      <w:r w:rsidRPr="007F5227">
        <w:rPr>
          <w:rFonts w:ascii="Montserrat" w:hAnsi="Montserrat"/>
        </w:rPr>
        <w:t>Heat the milk in a saucepan until it's just slightly hotter than yogurt-fermenting temperature. Then remove it from heat.</w:t>
      </w:r>
    </w:p>
    <w:p w14:paraId="76BB35CF" w14:textId="77777777" w:rsidR="007F5227" w:rsidRPr="007F5227" w:rsidRDefault="007F5227" w:rsidP="007F5227">
      <w:pPr>
        <w:pStyle w:val="ListNumber"/>
        <w:numPr>
          <w:ilvl w:val="0"/>
          <w:numId w:val="0"/>
        </w:numPr>
        <w:spacing w:after="0"/>
        <w:ind w:left="360"/>
        <w:rPr>
          <w:rFonts w:ascii="Montserrat" w:hAnsi="Montserrat"/>
        </w:rPr>
      </w:pPr>
    </w:p>
    <w:p w14:paraId="070C413C" w14:textId="77777777" w:rsidR="007F5227" w:rsidRPr="007F5227" w:rsidRDefault="007F5227" w:rsidP="007F5227">
      <w:pPr>
        <w:pStyle w:val="ListNumber"/>
        <w:numPr>
          <w:ilvl w:val="0"/>
          <w:numId w:val="0"/>
        </w:numPr>
        <w:spacing w:after="0"/>
        <w:ind w:left="360" w:hanging="360"/>
        <w:rPr>
          <w:rFonts w:ascii="Montserrat" w:hAnsi="Montserrat"/>
        </w:rPr>
      </w:pPr>
      <w:r>
        <w:rPr>
          <w:rFonts w:ascii="Montserrat" w:hAnsi="Montserrat"/>
        </w:rPr>
        <w:t xml:space="preserve">4. </w:t>
      </w:r>
      <w:r w:rsidRPr="007F5227">
        <w:rPr>
          <w:rFonts w:ascii="Montserrat" w:hAnsi="Montserrat"/>
        </w:rPr>
        <w:t xml:space="preserve">Pour a ladleful of the hot milk over the figs and mash them well with a wooden </w:t>
      </w:r>
      <w:proofErr w:type="gramStart"/>
      <w:r w:rsidRPr="007F5227">
        <w:rPr>
          <w:rFonts w:ascii="Montserrat" w:hAnsi="Montserrat"/>
        </w:rPr>
        <w:t>spoon, or</w:t>
      </w:r>
      <w:proofErr w:type="gramEnd"/>
      <w:r w:rsidRPr="007F5227">
        <w:rPr>
          <w:rFonts w:ascii="Montserrat" w:hAnsi="Montserrat"/>
        </w:rPr>
        <w:t xml:space="preserve"> blend them slightly for a smoother texture.</w:t>
      </w:r>
    </w:p>
    <w:p w14:paraId="7C2F5829" w14:textId="77777777" w:rsidR="007F5227" w:rsidRPr="007F5227" w:rsidRDefault="007F5227" w:rsidP="007F5227">
      <w:pPr>
        <w:pStyle w:val="ListNumber"/>
        <w:numPr>
          <w:ilvl w:val="0"/>
          <w:numId w:val="0"/>
        </w:numPr>
        <w:spacing w:after="0"/>
        <w:ind w:left="360"/>
        <w:rPr>
          <w:rFonts w:ascii="Montserrat" w:hAnsi="Montserrat"/>
        </w:rPr>
      </w:pPr>
    </w:p>
    <w:p w14:paraId="3F561408" w14:textId="77777777" w:rsidR="007F5227" w:rsidRPr="007F5227" w:rsidRDefault="007F5227" w:rsidP="007F5227">
      <w:pPr>
        <w:pStyle w:val="ListNumber"/>
        <w:numPr>
          <w:ilvl w:val="0"/>
          <w:numId w:val="0"/>
        </w:numPr>
        <w:spacing w:after="0"/>
        <w:ind w:left="360" w:hanging="360"/>
        <w:rPr>
          <w:rFonts w:ascii="Montserrat" w:hAnsi="Montserrat"/>
        </w:rPr>
      </w:pPr>
      <w:r>
        <w:rPr>
          <w:rFonts w:ascii="Montserrat" w:hAnsi="Montserrat"/>
        </w:rPr>
        <w:t xml:space="preserve">5. </w:t>
      </w:r>
      <w:r w:rsidRPr="007F5227">
        <w:rPr>
          <w:rFonts w:ascii="Montserrat" w:hAnsi="Montserrat"/>
        </w:rPr>
        <w:t>Add the mashed figs back into the pot with the rest of the milk and stir once.</w:t>
      </w:r>
    </w:p>
    <w:p w14:paraId="644B498D" w14:textId="77777777" w:rsidR="007F5227" w:rsidRPr="007F5227" w:rsidRDefault="007F5227" w:rsidP="007F5227">
      <w:pPr>
        <w:pStyle w:val="ListNumber"/>
        <w:numPr>
          <w:ilvl w:val="0"/>
          <w:numId w:val="0"/>
        </w:numPr>
        <w:spacing w:after="0"/>
        <w:ind w:left="360"/>
        <w:rPr>
          <w:rFonts w:ascii="Montserrat" w:hAnsi="Montserrat"/>
        </w:rPr>
      </w:pPr>
    </w:p>
    <w:p w14:paraId="37518D7A" w14:textId="77777777" w:rsidR="007F5227" w:rsidRPr="007F5227" w:rsidRDefault="007F5227" w:rsidP="007F5227">
      <w:pPr>
        <w:pStyle w:val="ListNumber"/>
        <w:numPr>
          <w:ilvl w:val="0"/>
          <w:numId w:val="0"/>
        </w:num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6. </w:t>
      </w:r>
      <w:r w:rsidRPr="007F5227">
        <w:rPr>
          <w:rFonts w:ascii="Montserrat" w:hAnsi="Montserrat"/>
        </w:rPr>
        <w:t>Pour the mixture into small serving cups.</w:t>
      </w:r>
    </w:p>
    <w:p w14:paraId="4EAD4056" w14:textId="77777777" w:rsidR="007F5227" w:rsidRPr="007F5227" w:rsidRDefault="007F5227" w:rsidP="007F5227">
      <w:pPr>
        <w:pStyle w:val="ListNumber"/>
        <w:numPr>
          <w:ilvl w:val="0"/>
          <w:numId w:val="0"/>
        </w:numPr>
        <w:spacing w:after="0"/>
        <w:ind w:left="360"/>
        <w:rPr>
          <w:rFonts w:ascii="Montserrat" w:hAnsi="Montserrat"/>
        </w:rPr>
      </w:pPr>
    </w:p>
    <w:p w14:paraId="6789F3DD" w14:textId="77777777" w:rsidR="007F5227" w:rsidRPr="007F5227" w:rsidRDefault="007F5227" w:rsidP="007F5227">
      <w:pPr>
        <w:pStyle w:val="ListNumber"/>
        <w:spacing w:after="0"/>
        <w:rPr>
          <w:rFonts w:ascii="Montserrat" w:hAnsi="Montserrat"/>
        </w:rPr>
      </w:pPr>
      <w:r w:rsidRPr="007F5227">
        <w:rPr>
          <w:rFonts w:ascii="Montserrat" w:hAnsi="Montserrat"/>
        </w:rPr>
        <w:t>Cover each cup with a napkin, plate, or plastic wrap, then cover them all with a clean kitchen towel to keep warm.</w:t>
      </w:r>
    </w:p>
    <w:p w14:paraId="325D5036" w14:textId="77777777" w:rsidR="007F5227" w:rsidRPr="007F5227" w:rsidRDefault="007F5227" w:rsidP="007F5227">
      <w:pPr>
        <w:pStyle w:val="ListNumber"/>
        <w:numPr>
          <w:ilvl w:val="0"/>
          <w:numId w:val="0"/>
        </w:numPr>
        <w:spacing w:after="0"/>
        <w:ind w:left="360"/>
        <w:rPr>
          <w:rFonts w:ascii="Montserrat" w:hAnsi="Montserrat"/>
        </w:rPr>
      </w:pPr>
    </w:p>
    <w:p w14:paraId="40DAE2D0" w14:textId="77777777" w:rsidR="007F5227" w:rsidRPr="007F5227" w:rsidRDefault="007F5227" w:rsidP="007F5227">
      <w:pPr>
        <w:pStyle w:val="ListNumber"/>
        <w:spacing w:after="0"/>
        <w:rPr>
          <w:rFonts w:ascii="Montserrat" w:hAnsi="Montserrat"/>
        </w:rPr>
      </w:pPr>
      <w:r w:rsidRPr="007F5227">
        <w:rPr>
          <w:rFonts w:ascii="Montserrat" w:hAnsi="Montserrat"/>
        </w:rPr>
        <w:t>Let them "sleep" (ferment) at room temperature for about 2 hours.</w:t>
      </w:r>
    </w:p>
    <w:p w14:paraId="283C0C12" w14:textId="77777777" w:rsidR="007F5227" w:rsidRPr="007F5227" w:rsidRDefault="007F5227" w:rsidP="007F5227">
      <w:pPr>
        <w:pStyle w:val="ListNumber"/>
        <w:numPr>
          <w:ilvl w:val="0"/>
          <w:numId w:val="0"/>
        </w:numPr>
        <w:spacing w:after="0"/>
        <w:ind w:left="360"/>
        <w:rPr>
          <w:rFonts w:ascii="Montserrat" w:hAnsi="Montserrat"/>
        </w:rPr>
      </w:pPr>
    </w:p>
    <w:p w14:paraId="22A7E575" w14:textId="77777777" w:rsidR="000A194A" w:rsidRPr="009D01B8" w:rsidRDefault="007F5227" w:rsidP="007F5227">
      <w:pPr>
        <w:pStyle w:val="ListNumber"/>
        <w:numPr>
          <w:ilvl w:val="0"/>
          <w:numId w:val="0"/>
        </w:numPr>
        <w:spacing w:after="0"/>
        <w:ind w:left="360" w:hanging="360"/>
        <w:rPr>
          <w:rFonts w:ascii="Montserrat" w:hAnsi="Montserrat"/>
        </w:rPr>
      </w:pPr>
      <w:r>
        <w:rPr>
          <w:rFonts w:ascii="Montserrat" w:hAnsi="Montserrat"/>
        </w:rPr>
        <w:t xml:space="preserve">9. </w:t>
      </w:r>
      <w:r w:rsidRPr="007F5227">
        <w:rPr>
          <w:rFonts w:ascii="Montserrat" w:hAnsi="Montserrat"/>
        </w:rPr>
        <w:t>After that, uncover and refrigerate for 2–3 hours until fully chilled.</w:t>
      </w:r>
    </w:p>
    <w:p w14:paraId="1E1A87F5" w14:textId="77777777" w:rsidR="000A194A" w:rsidRDefault="000A194A" w:rsidP="000A194A">
      <w:pPr>
        <w:rPr>
          <w:rFonts w:ascii="Montserrat" w:hAnsi="Montserrat"/>
        </w:rPr>
      </w:pPr>
    </w:p>
    <w:p w14:paraId="7ADE7C4B" w14:textId="77777777" w:rsidR="000A194A" w:rsidRPr="009D01B8" w:rsidRDefault="000A194A" w:rsidP="000A194A">
      <w:pPr>
        <w:rPr>
          <w:rFonts w:ascii="Montserrat" w:hAnsi="Montserrat"/>
        </w:rPr>
      </w:pPr>
      <w:r w:rsidRPr="009D01B8">
        <w:rPr>
          <w:rFonts w:ascii="Montserrat" w:hAnsi="Montserrat"/>
        </w:rPr>
        <w:t>Nutritional Information (Per Serving):</w:t>
      </w:r>
      <w:r>
        <w:rPr>
          <w:rFonts w:ascii="Montserrat" w:hAnsi="Montserrat"/>
        </w:rPr>
        <w:t xml:space="preserve"> </w:t>
      </w:r>
      <w:r w:rsidRPr="009D01B8">
        <w:rPr>
          <w:rFonts w:ascii="Montserrat" w:hAnsi="Montserrat"/>
        </w:rPr>
        <w:t>~120 kcal | High in fiber | Naturally sweet | No refrigeration required</w:t>
      </w:r>
    </w:p>
    <w:p w14:paraId="44535596" w14:textId="77777777" w:rsidR="000A194A" w:rsidRDefault="000A194A">
      <w:pPr>
        <w:rPr>
          <w:rFonts w:ascii="Montserrat" w:hAnsi="Montserrat"/>
          <w:color w:val="000000" w:themeColor="text1"/>
        </w:rPr>
      </w:pPr>
    </w:p>
    <w:p w14:paraId="4C073D93" w14:textId="77777777" w:rsidR="00885B0E" w:rsidRPr="00831A87" w:rsidRDefault="00885B0E" w:rsidP="003A7054">
      <w:pPr>
        <w:pStyle w:val="Heading1"/>
      </w:pPr>
      <w:bookmarkStart w:id="12" w:name="_Toc204960724"/>
      <w:r w:rsidRPr="009D01B8">
        <w:lastRenderedPageBreak/>
        <w:t>2</w:t>
      </w:r>
      <w:r>
        <w:t>2</w:t>
      </w:r>
      <w:r w:rsidRPr="009D01B8">
        <w:t xml:space="preserve"> MAY 2025</w:t>
      </w:r>
      <w:bookmarkEnd w:id="12"/>
    </w:p>
    <w:p w14:paraId="4CD20153" w14:textId="77777777" w:rsidR="00885B0E" w:rsidRPr="00410E70" w:rsidRDefault="00885B0E" w:rsidP="003A7054">
      <w:pPr>
        <w:pStyle w:val="Heading2"/>
        <w:rPr>
          <w:b/>
        </w:rPr>
      </w:pPr>
      <w:bookmarkStart w:id="13" w:name="_Toc204960725"/>
      <w:r w:rsidRPr="00410E70">
        <w:rPr>
          <w:b/>
        </w:rPr>
        <w:t>EZOGELIN SOUP</w:t>
      </w:r>
      <w:bookmarkEnd w:id="1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6"/>
        <w:gridCol w:w="2158"/>
        <w:gridCol w:w="2158"/>
        <w:gridCol w:w="2158"/>
      </w:tblGrid>
      <w:tr w:rsidR="00885B0E" w:rsidRPr="00831A87" w14:paraId="47EFDE89" w14:textId="77777777" w:rsidTr="00730C2F">
        <w:tc>
          <w:tcPr>
            <w:tcW w:w="2160" w:type="dxa"/>
          </w:tcPr>
          <w:p w14:paraId="2F89AD96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Dish Type:</w:t>
            </w:r>
          </w:p>
        </w:tc>
        <w:tc>
          <w:tcPr>
            <w:tcW w:w="2160" w:type="dxa"/>
          </w:tcPr>
          <w:p w14:paraId="4FD52490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Starter</w:t>
            </w:r>
          </w:p>
        </w:tc>
        <w:tc>
          <w:tcPr>
            <w:tcW w:w="2160" w:type="dxa"/>
          </w:tcPr>
          <w:p w14:paraId="3EE896AF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Yield:</w:t>
            </w:r>
          </w:p>
        </w:tc>
        <w:tc>
          <w:tcPr>
            <w:tcW w:w="2160" w:type="dxa"/>
          </w:tcPr>
          <w:p w14:paraId="7BE98067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2 small bowls</w:t>
            </w:r>
          </w:p>
        </w:tc>
      </w:tr>
      <w:tr w:rsidR="00885B0E" w:rsidRPr="00831A87" w14:paraId="7314CFE7" w14:textId="77777777" w:rsidTr="00730C2F">
        <w:tc>
          <w:tcPr>
            <w:tcW w:w="2160" w:type="dxa"/>
          </w:tcPr>
          <w:p w14:paraId="583915FE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Prep Time:</w:t>
            </w:r>
          </w:p>
        </w:tc>
        <w:tc>
          <w:tcPr>
            <w:tcW w:w="2160" w:type="dxa"/>
          </w:tcPr>
          <w:p w14:paraId="210DA484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10 minutes</w:t>
            </w:r>
          </w:p>
        </w:tc>
        <w:tc>
          <w:tcPr>
            <w:tcW w:w="2160" w:type="dxa"/>
          </w:tcPr>
          <w:p w14:paraId="236D1D5E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Cooking Time:</w:t>
            </w:r>
          </w:p>
        </w:tc>
        <w:tc>
          <w:tcPr>
            <w:tcW w:w="2160" w:type="dxa"/>
          </w:tcPr>
          <w:p w14:paraId="2C0C6894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20–25 minutes</w:t>
            </w:r>
          </w:p>
        </w:tc>
      </w:tr>
    </w:tbl>
    <w:p w14:paraId="0078BE78" w14:textId="77777777" w:rsidR="00885B0E" w:rsidRPr="00831A87" w:rsidRDefault="00885B0E" w:rsidP="00885B0E">
      <w:pPr>
        <w:rPr>
          <w:rFonts w:ascii="Montserrat" w:hAnsi="Montserrat"/>
          <w:b/>
          <w:bCs/>
        </w:rPr>
      </w:pPr>
    </w:p>
    <w:p w14:paraId="332FA449" w14:textId="77777777" w:rsidR="00885B0E" w:rsidRPr="00831A87" w:rsidRDefault="00885B0E" w:rsidP="00885B0E">
      <w:pPr>
        <w:rPr>
          <w:rFonts w:ascii="Montserrat" w:hAnsi="Montserrat"/>
          <w:b/>
          <w:bCs/>
        </w:rPr>
      </w:pPr>
      <w:r w:rsidRPr="00831A87">
        <w:rPr>
          <w:rFonts w:ascii="Montserrat" w:hAnsi="Montserrat"/>
          <w:b/>
          <w:bCs/>
        </w:rPr>
        <w:t>Ingredients:</w:t>
      </w:r>
    </w:p>
    <w:p w14:paraId="45BE622E" w14:textId="77777777" w:rsidR="00885B0E" w:rsidRDefault="00885B0E" w:rsidP="00885B0E">
      <w:pPr>
        <w:pStyle w:val="ListBullet"/>
        <w:rPr>
          <w:rFonts w:ascii="Montserrat" w:hAnsi="Montserrat"/>
        </w:rPr>
        <w:sectPr w:rsidR="00885B0E" w:rsidSect="00885B0E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33C96600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2 tbsp red lentils</w:t>
      </w:r>
    </w:p>
    <w:p w14:paraId="505AE3B8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1 tbsp rice</w:t>
      </w:r>
    </w:p>
    <w:p w14:paraId="49DEDBE4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1 tbsp bulgur</w:t>
      </w:r>
    </w:p>
    <w:p w14:paraId="05A68FB3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½ small onion, grated</w:t>
      </w:r>
    </w:p>
    <w:p w14:paraId="61E37FA5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1 tsp tomato paste</w:t>
      </w:r>
    </w:p>
    <w:p w14:paraId="6FA4D0EE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 xml:space="preserve">2 </w:t>
      </w:r>
      <w:proofErr w:type="gramStart"/>
      <w:r w:rsidRPr="00831A87">
        <w:rPr>
          <w:rFonts w:ascii="Montserrat" w:hAnsi="Montserrat"/>
        </w:rPr>
        <w:t>cups</w:t>
      </w:r>
      <w:proofErr w:type="gramEnd"/>
      <w:r w:rsidRPr="00831A87">
        <w:rPr>
          <w:rFonts w:ascii="Montserrat" w:hAnsi="Montserrat"/>
        </w:rPr>
        <w:t xml:space="preserve"> water</w:t>
      </w:r>
    </w:p>
    <w:p w14:paraId="20F01B32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Dried mint, chili flakes, butter</w:t>
      </w:r>
    </w:p>
    <w:p w14:paraId="365013D3" w14:textId="77777777" w:rsidR="00885B0E" w:rsidRDefault="00885B0E" w:rsidP="00885B0E">
      <w:pPr>
        <w:rPr>
          <w:rFonts w:ascii="Montserrat" w:hAnsi="Montserrat"/>
          <w:b/>
          <w:bCs/>
        </w:rPr>
        <w:sectPr w:rsidR="00885B0E" w:rsidSect="00885B0E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39154425" w14:textId="77777777" w:rsidR="00885B0E" w:rsidRDefault="00885B0E" w:rsidP="00885B0E">
      <w:pPr>
        <w:rPr>
          <w:rFonts w:ascii="Montserrat" w:hAnsi="Montserrat"/>
          <w:b/>
          <w:bCs/>
        </w:rPr>
      </w:pPr>
    </w:p>
    <w:p w14:paraId="7FE405A5" w14:textId="77777777" w:rsidR="00885B0E" w:rsidRPr="00831A87" w:rsidRDefault="00885B0E" w:rsidP="00885B0E">
      <w:pPr>
        <w:rPr>
          <w:rFonts w:ascii="Montserrat" w:hAnsi="Montserrat"/>
          <w:b/>
          <w:bCs/>
        </w:rPr>
      </w:pPr>
      <w:r w:rsidRPr="00831A87">
        <w:rPr>
          <w:rFonts w:ascii="Montserrat" w:hAnsi="Montserrat"/>
          <w:b/>
          <w:bCs/>
        </w:rPr>
        <w:t>Method:</w:t>
      </w:r>
    </w:p>
    <w:p w14:paraId="69B992B6" w14:textId="77777777" w:rsidR="00885B0E" w:rsidRPr="00831A87" w:rsidRDefault="00885B0E" w:rsidP="00885B0E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831A87">
        <w:rPr>
          <w:rFonts w:ascii="Montserrat" w:hAnsi="Montserrat"/>
        </w:rPr>
        <w:t>1. Sauté grated onion and tomato paste in a small amount of butter.</w:t>
      </w:r>
    </w:p>
    <w:p w14:paraId="0F3E2F0E" w14:textId="77777777" w:rsidR="00885B0E" w:rsidRPr="00831A87" w:rsidRDefault="00885B0E" w:rsidP="00885B0E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831A87">
        <w:rPr>
          <w:rFonts w:ascii="Montserrat" w:hAnsi="Montserrat"/>
        </w:rPr>
        <w:t xml:space="preserve">2. Add lentils, rice, and </w:t>
      </w:r>
      <w:proofErr w:type="gramStart"/>
      <w:r w:rsidRPr="00831A87">
        <w:rPr>
          <w:rFonts w:ascii="Montserrat" w:hAnsi="Montserrat"/>
        </w:rPr>
        <w:t>bulgur</w:t>
      </w:r>
      <w:proofErr w:type="gramEnd"/>
      <w:r w:rsidRPr="00831A87">
        <w:rPr>
          <w:rFonts w:ascii="Montserrat" w:hAnsi="Montserrat"/>
        </w:rPr>
        <w:t>. Stir well.</w:t>
      </w:r>
    </w:p>
    <w:p w14:paraId="5F9FE4E1" w14:textId="77777777" w:rsidR="00885B0E" w:rsidRPr="00831A87" w:rsidRDefault="00885B0E" w:rsidP="00885B0E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831A87">
        <w:rPr>
          <w:rFonts w:ascii="Montserrat" w:hAnsi="Montserrat"/>
        </w:rPr>
        <w:t>3. Pour in water and bring to a boil.</w:t>
      </w:r>
    </w:p>
    <w:p w14:paraId="141C7FCE" w14:textId="77777777" w:rsidR="00885B0E" w:rsidRPr="00831A87" w:rsidRDefault="00885B0E" w:rsidP="00885B0E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831A87">
        <w:rPr>
          <w:rFonts w:ascii="Montserrat" w:hAnsi="Montserrat"/>
        </w:rPr>
        <w:t>4. Reduce heat and simmer for 20–25 minutes, stirring occasionally.</w:t>
      </w:r>
    </w:p>
    <w:p w14:paraId="245FC32D" w14:textId="77777777" w:rsidR="00885B0E" w:rsidRPr="00831A87" w:rsidRDefault="00885B0E" w:rsidP="00885B0E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831A87">
        <w:rPr>
          <w:rFonts w:ascii="Montserrat" w:hAnsi="Montserrat"/>
        </w:rPr>
        <w:t>5. Season with dried mint and chili flakes before serving.</w:t>
      </w:r>
    </w:p>
    <w:p w14:paraId="08CF57D0" w14:textId="77777777" w:rsidR="00885B0E" w:rsidRDefault="00885B0E" w:rsidP="00885B0E">
      <w:pPr>
        <w:rPr>
          <w:rFonts w:ascii="Montserrat" w:hAnsi="Montserrat"/>
        </w:rPr>
      </w:pPr>
    </w:p>
    <w:p w14:paraId="15687E76" w14:textId="77777777" w:rsidR="00885B0E" w:rsidRPr="00831A87" w:rsidRDefault="00885B0E" w:rsidP="00885B0E">
      <w:pPr>
        <w:rPr>
          <w:rFonts w:ascii="Montserrat" w:hAnsi="Montserrat"/>
        </w:rPr>
      </w:pPr>
      <w:r w:rsidRPr="00831A87">
        <w:rPr>
          <w:rFonts w:ascii="Montserrat" w:hAnsi="Montserrat"/>
        </w:rPr>
        <w:t>Nutritional Information (Per Serving):</w:t>
      </w:r>
      <w:r>
        <w:rPr>
          <w:rFonts w:ascii="Montserrat" w:hAnsi="Montserrat"/>
        </w:rPr>
        <w:t xml:space="preserve"> </w:t>
      </w:r>
      <w:r w:rsidRPr="00831A87">
        <w:rPr>
          <w:rFonts w:ascii="Montserrat" w:hAnsi="Montserrat"/>
        </w:rPr>
        <w:t>~160 kcal | High in plant protein and fiber | Gentle on digestion | Low-cost and energy-efficient</w:t>
      </w:r>
    </w:p>
    <w:p w14:paraId="64C83BAC" w14:textId="77777777" w:rsidR="00885B0E" w:rsidRDefault="00885B0E" w:rsidP="00885B0E">
      <w:pPr>
        <w:rPr>
          <w:rFonts w:ascii="Montserrat" w:hAnsi="Montserrat"/>
        </w:rPr>
      </w:pPr>
    </w:p>
    <w:p w14:paraId="70A62846" w14:textId="77777777" w:rsidR="00885B0E" w:rsidRDefault="00885B0E" w:rsidP="00885B0E">
      <w:pPr>
        <w:rPr>
          <w:rFonts w:ascii="Montserrat" w:hAnsi="Montserrat"/>
        </w:rPr>
      </w:pPr>
    </w:p>
    <w:p w14:paraId="3163E9C3" w14:textId="77777777" w:rsidR="00885B0E" w:rsidRDefault="00885B0E" w:rsidP="00885B0E">
      <w:pPr>
        <w:rPr>
          <w:rFonts w:ascii="Montserrat" w:hAnsi="Montserrat"/>
        </w:rPr>
      </w:pPr>
    </w:p>
    <w:p w14:paraId="610B99B5" w14:textId="77777777" w:rsidR="00885B0E" w:rsidRDefault="00885B0E" w:rsidP="00885B0E">
      <w:pPr>
        <w:rPr>
          <w:rFonts w:ascii="Montserrat" w:hAnsi="Montserrat"/>
        </w:rPr>
      </w:pPr>
    </w:p>
    <w:p w14:paraId="1514939E" w14:textId="77777777" w:rsidR="00885B0E" w:rsidRDefault="00885B0E" w:rsidP="00885B0E">
      <w:pPr>
        <w:rPr>
          <w:rFonts w:ascii="Montserrat" w:hAnsi="Montserrat"/>
        </w:rPr>
      </w:pPr>
    </w:p>
    <w:p w14:paraId="516FC63A" w14:textId="77777777" w:rsidR="00885B0E" w:rsidRDefault="00885B0E" w:rsidP="00885B0E">
      <w:pPr>
        <w:rPr>
          <w:rFonts w:ascii="Montserrat" w:hAnsi="Montserrat"/>
        </w:rPr>
      </w:pPr>
    </w:p>
    <w:p w14:paraId="481470E4" w14:textId="77777777" w:rsidR="00885B0E" w:rsidRDefault="00885B0E" w:rsidP="00885B0E">
      <w:pPr>
        <w:rPr>
          <w:rFonts w:ascii="Montserrat" w:hAnsi="Montserrat"/>
        </w:rPr>
      </w:pPr>
    </w:p>
    <w:p w14:paraId="533BC227" w14:textId="77777777" w:rsidR="00885B0E" w:rsidRDefault="00885B0E" w:rsidP="00885B0E">
      <w:pPr>
        <w:rPr>
          <w:rFonts w:ascii="Montserrat" w:hAnsi="Montserrat"/>
        </w:rPr>
      </w:pPr>
    </w:p>
    <w:p w14:paraId="36943E84" w14:textId="77777777" w:rsidR="00885B0E" w:rsidRPr="00831A87" w:rsidRDefault="00885B0E" w:rsidP="00885B0E">
      <w:pPr>
        <w:rPr>
          <w:rFonts w:ascii="Montserrat" w:hAnsi="Montserrat"/>
          <w:color w:val="000000" w:themeColor="text1"/>
          <w:sz w:val="44"/>
          <w:szCs w:val="44"/>
        </w:rPr>
      </w:pPr>
      <w:r w:rsidRPr="009D01B8">
        <w:rPr>
          <w:rFonts w:ascii="Montserrat" w:hAnsi="Montserrat"/>
          <w:color w:val="000000" w:themeColor="text1"/>
          <w:sz w:val="44"/>
          <w:szCs w:val="44"/>
        </w:rPr>
        <w:lastRenderedPageBreak/>
        <w:t>2</w:t>
      </w:r>
      <w:r>
        <w:rPr>
          <w:rFonts w:ascii="Montserrat" w:hAnsi="Montserrat"/>
          <w:color w:val="000000" w:themeColor="text1"/>
          <w:sz w:val="44"/>
          <w:szCs w:val="44"/>
        </w:rPr>
        <w:t>2</w:t>
      </w:r>
      <w:r w:rsidRPr="009D01B8">
        <w:rPr>
          <w:rFonts w:ascii="Montserrat" w:hAnsi="Montserrat"/>
          <w:color w:val="000000" w:themeColor="text1"/>
          <w:sz w:val="44"/>
          <w:szCs w:val="44"/>
        </w:rPr>
        <w:t xml:space="preserve"> MAY 2025</w:t>
      </w:r>
    </w:p>
    <w:p w14:paraId="702F1A74" w14:textId="77777777" w:rsidR="00885B0E" w:rsidRPr="00410E70" w:rsidRDefault="00885B0E" w:rsidP="003A7054">
      <w:pPr>
        <w:pStyle w:val="Heading2"/>
        <w:rPr>
          <w:b/>
        </w:rPr>
      </w:pPr>
      <w:bookmarkStart w:id="14" w:name="_Toc204960726"/>
      <w:r w:rsidRPr="00410E70">
        <w:rPr>
          <w:b/>
        </w:rPr>
        <w:t>CHICKPEA &amp; TUNA SALAD WITH FRESH HERBS</w:t>
      </w:r>
      <w:bookmarkEnd w:id="1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6"/>
        <w:gridCol w:w="2158"/>
        <w:gridCol w:w="2158"/>
        <w:gridCol w:w="2158"/>
      </w:tblGrid>
      <w:tr w:rsidR="00885B0E" w:rsidRPr="00831A87" w14:paraId="1A1C5A98" w14:textId="77777777" w:rsidTr="00730C2F">
        <w:tc>
          <w:tcPr>
            <w:tcW w:w="2160" w:type="dxa"/>
          </w:tcPr>
          <w:p w14:paraId="5A16BF70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Dish Type:</w:t>
            </w:r>
          </w:p>
        </w:tc>
        <w:tc>
          <w:tcPr>
            <w:tcW w:w="2160" w:type="dxa"/>
          </w:tcPr>
          <w:p w14:paraId="35BB09B9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Main</w:t>
            </w:r>
          </w:p>
        </w:tc>
        <w:tc>
          <w:tcPr>
            <w:tcW w:w="2160" w:type="dxa"/>
          </w:tcPr>
          <w:p w14:paraId="6370D679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Yield:</w:t>
            </w:r>
          </w:p>
        </w:tc>
        <w:tc>
          <w:tcPr>
            <w:tcW w:w="2160" w:type="dxa"/>
          </w:tcPr>
          <w:p w14:paraId="7AE0B8BE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2 servings</w:t>
            </w:r>
          </w:p>
        </w:tc>
      </w:tr>
      <w:tr w:rsidR="00885B0E" w:rsidRPr="00831A87" w14:paraId="1E946B02" w14:textId="77777777" w:rsidTr="00730C2F">
        <w:tc>
          <w:tcPr>
            <w:tcW w:w="2160" w:type="dxa"/>
          </w:tcPr>
          <w:p w14:paraId="4CCC3F93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Prep Time:</w:t>
            </w:r>
          </w:p>
        </w:tc>
        <w:tc>
          <w:tcPr>
            <w:tcW w:w="2160" w:type="dxa"/>
          </w:tcPr>
          <w:p w14:paraId="52AFD9BF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10 minutes</w:t>
            </w:r>
          </w:p>
        </w:tc>
        <w:tc>
          <w:tcPr>
            <w:tcW w:w="2160" w:type="dxa"/>
          </w:tcPr>
          <w:p w14:paraId="3F414B14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Cooking Time:</w:t>
            </w:r>
          </w:p>
        </w:tc>
        <w:tc>
          <w:tcPr>
            <w:tcW w:w="2160" w:type="dxa"/>
          </w:tcPr>
          <w:p w14:paraId="46EA1E2C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No cooking required</w:t>
            </w:r>
          </w:p>
        </w:tc>
      </w:tr>
    </w:tbl>
    <w:p w14:paraId="3ED9EA38" w14:textId="77777777" w:rsidR="00885B0E" w:rsidRDefault="00885B0E" w:rsidP="00885B0E">
      <w:pPr>
        <w:rPr>
          <w:rFonts w:ascii="Montserrat" w:hAnsi="Montserrat"/>
          <w:b/>
          <w:bCs/>
        </w:rPr>
      </w:pPr>
    </w:p>
    <w:p w14:paraId="48FB2C8D" w14:textId="77777777" w:rsidR="00885B0E" w:rsidRPr="00831A87" w:rsidRDefault="00885B0E" w:rsidP="00885B0E">
      <w:pPr>
        <w:rPr>
          <w:rFonts w:ascii="Montserrat" w:hAnsi="Montserrat"/>
          <w:b/>
          <w:bCs/>
        </w:rPr>
      </w:pPr>
      <w:r w:rsidRPr="00831A87">
        <w:rPr>
          <w:rFonts w:ascii="Montserrat" w:hAnsi="Montserrat"/>
          <w:b/>
          <w:bCs/>
        </w:rPr>
        <w:t>Ingredients:</w:t>
      </w:r>
    </w:p>
    <w:p w14:paraId="66E8FEA1" w14:textId="77777777" w:rsidR="00885B0E" w:rsidRDefault="00885B0E" w:rsidP="00885B0E">
      <w:pPr>
        <w:pStyle w:val="ListBullet"/>
        <w:rPr>
          <w:rFonts w:ascii="Montserrat" w:hAnsi="Montserrat"/>
        </w:rPr>
        <w:sectPr w:rsidR="00885B0E" w:rsidSect="003A7054">
          <w:type w:val="continuous"/>
          <w:pgSz w:w="12240" w:h="15840"/>
          <w:pgMar w:top="1440" w:right="1800" w:bottom="1440" w:left="1800" w:header="720" w:footer="720" w:gutter="0"/>
          <w:cols w:space="720"/>
          <w:titlePg/>
          <w:docGrid w:linePitch="360"/>
        </w:sectPr>
      </w:pPr>
    </w:p>
    <w:p w14:paraId="137D456D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1 small can tuna (in water or olive oil)</w:t>
      </w:r>
    </w:p>
    <w:p w14:paraId="47DD1F65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½ cup cooked chickpeas</w:t>
      </w:r>
    </w:p>
    <w:p w14:paraId="090A3365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1 tbsp chopped parsley</w:t>
      </w:r>
    </w:p>
    <w:p w14:paraId="67626B07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1 tbsp lemon juice</w:t>
      </w:r>
    </w:p>
    <w:p w14:paraId="45B0D45E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1 tbsp olive oil</w:t>
      </w:r>
    </w:p>
    <w:p w14:paraId="2BCFF869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Salt and pepper to taste</w:t>
      </w:r>
    </w:p>
    <w:p w14:paraId="64799AF3" w14:textId="77777777" w:rsidR="00885B0E" w:rsidRDefault="00885B0E" w:rsidP="00885B0E">
      <w:pPr>
        <w:rPr>
          <w:rFonts w:ascii="Montserrat" w:hAnsi="Montserrat"/>
        </w:rPr>
        <w:sectPr w:rsidR="00885B0E" w:rsidSect="00885B0E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283A4F12" w14:textId="77777777" w:rsidR="00885B0E" w:rsidRPr="00831A87" w:rsidRDefault="00885B0E" w:rsidP="00885B0E">
      <w:pPr>
        <w:rPr>
          <w:rFonts w:ascii="Montserrat" w:hAnsi="Montserrat"/>
          <w:b/>
          <w:bCs/>
        </w:rPr>
      </w:pPr>
    </w:p>
    <w:p w14:paraId="5FF82381" w14:textId="77777777" w:rsidR="00885B0E" w:rsidRPr="00831A87" w:rsidRDefault="00885B0E" w:rsidP="00885B0E">
      <w:pPr>
        <w:rPr>
          <w:rFonts w:ascii="Montserrat" w:hAnsi="Montserrat"/>
          <w:b/>
          <w:bCs/>
        </w:rPr>
      </w:pPr>
      <w:r w:rsidRPr="00831A87">
        <w:rPr>
          <w:rFonts w:ascii="Montserrat" w:hAnsi="Montserrat"/>
          <w:b/>
          <w:bCs/>
        </w:rPr>
        <w:t>Method:</w:t>
      </w:r>
    </w:p>
    <w:p w14:paraId="4D76EE05" w14:textId="77777777" w:rsidR="00885B0E" w:rsidRPr="00831A87" w:rsidRDefault="00885B0E" w:rsidP="00885B0E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831A87">
        <w:rPr>
          <w:rFonts w:ascii="Montserrat" w:hAnsi="Montserrat"/>
        </w:rPr>
        <w:t>1. Drain tuna and mix in a bowl with chickpeas and chopped parsley.</w:t>
      </w:r>
    </w:p>
    <w:p w14:paraId="66960DB5" w14:textId="77777777" w:rsidR="00885B0E" w:rsidRPr="00831A87" w:rsidRDefault="00885B0E" w:rsidP="00885B0E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831A87">
        <w:rPr>
          <w:rFonts w:ascii="Montserrat" w:hAnsi="Montserrat"/>
        </w:rPr>
        <w:t>2. Add lemon juice and olive oil.</w:t>
      </w:r>
    </w:p>
    <w:p w14:paraId="2598B511" w14:textId="77777777" w:rsidR="00885B0E" w:rsidRPr="00831A87" w:rsidRDefault="00885B0E" w:rsidP="00885B0E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831A87">
        <w:rPr>
          <w:rFonts w:ascii="Montserrat" w:hAnsi="Montserrat"/>
        </w:rPr>
        <w:t>3. Season with salt and pepper.</w:t>
      </w:r>
    </w:p>
    <w:p w14:paraId="6E671E9F" w14:textId="77777777" w:rsidR="00885B0E" w:rsidRPr="00831A87" w:rsidRDefault="00885B0E" w:rsidP="00885B0E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831A87">
        <w:rPr>
          <w:rFonts w:ascii="Montserrat" w:hAnsi="Montserrat"/>
        </w:rPr>
        <w:t>4. Serve chilled or at room temperature.</w:t>
      </w:r>
    </w:p>
    <w:p w14:paraId="050EA49D" w14:textId="77777777" w:rsidR="00885B0E" w:rsidRDefault="00885B0E" w:rsidP="00885B0E">
      <w:pPr>
        <w:rPr>
          <w:rFonts w:ascii="Montserrat" w:hAnsi="Montserrat"/>
        </w:rPr>
      </w:pPr>
    </w:p>
    <w:p w14:paraId="1DCDCF6A" w14:textId="77777777" w:rsidR="00885B0E" w:rsidRPr="00831A87" w:rsidRDefault="00885B0E" w:rsidP="00885B0E">
      <w:pPr>
        <w:rPr>
          <w:rFonts w:ascii="Montserrat" w:hAnsi="Montserrat"/>
        </w:rPr>
      </w:pPr>
      <w:r w:rsidRPr="00831A87">
        <w:rPr>
          <w:rFonts w:ascii="Montserrat" w:hAnsi="Montserrat"/>
        </w:rPr>
        <w:t>Nutritional Information (Per Serving):</w:t>
      </w:r>
      <w:r>
        <w:rPr>
          <w:rFonts w:ascii="Montserrat" w:hAnsi="Montserrat"/>
        </w:rPr>
        <w:t xml:space="preserve"> </w:t>
      </w:r>
      <w:r w:rsidRPr="00831A87">
        <w:rPr>
          <w:rFonts w:ascii="Montserrat" w:hAnsi="Montserrat"/>
        </w:rPr>
        <w:t>~300 kcal | Uses canned and dry staples | Protein-rich | Sustained energy for long work hours</w:t>
      </w:r>
    </w:p>
    <w:p w14:paraId="7B9AC7B5" w14:textId="77777777" w:rsidR="00885B0E" w:rsidRDefault="00885B0E" w:rsidP="00885B0E">
      <w:pPr>
        <w:rPr>
          <w:rFonts w:ascii="Montserrat" w:hAnsi="Montserrat"/>
        </w:rPr>
      </w:pPr>
    </w:p>
    <w:p w14:paraId="7BEC5F6A" w14:textId="77777777" w:rsidR="00885B0E" w:rsidRDefault="00885B0E" w:rsidP="00885B0E">
      <w:pPr>
        <w:rPr>
          <w:rFonts w:ascii="Montserrat" w:hAnsi="Montserrat"/>
        </w:rPr>
      </w:pPr>
    </w:p>
    <w:p w14:paraId="36155EAB" w14:textId="77777777" w:rsidR="00885B0E" w:rsidRDefault="00885B0E" w:rsidP="00885B0E">
      <w:pPr>
        <w:rPr>
          <w:rFonts w:ascii="Montserrat" w:hAnsi="Montserrat"/>
        </w:rPr>
      </w:pPr>
    </w:p>
    <w:p w14:paraId="6CDD9505" w14:textId="77777777" w:rsidR="00885B0E" w:rsidRDefault="00885B0E" w:rsidP="00885B0E">
      <w:pPr>
        <w:rPr>
          <w:rFonts w:ascii="Montserrat" w:hAnsi="Montserrat"/>
        </w:rPr>
      </w:pPr>
    </w:p>
    <w:p w14:paraId="0BAAC4ED" w14:textId="77777777" w:rsidR="00885B0E" w:rsidRDefault="00885B0E" w:rsidP="00885B0E">
      <w:pPr>
        <w:rPr>
          <w:rFonts w:ascii="Montserrat" w:hAnsi="Montserrat"/>
        </w:rPr>
      </w:pPr>
    </w:p>
    <w:p w14:paraId="31515EFD" w14:textId="77777777" w:rsidR="00885B0E" w:rsidRDefault="00885B0E" w:rsidP="00885B0E">
      <w:pPr>
        <w:rPr>
          <w:rFonts w:ascii="Montserrat" w:hAnsi="Montserrat"/>
        </w:rPr>
      </w:pPr>
    </w:p>
    <w:p w14:paraId="19B5CDCE" w14:textId="77777777" w:rsidR="00885B0E" w:rsidRDefault="00885B0E" w:rsidP="00885B0E">
      <w:pPr>
        <w:rPr>
          <w:rFonts w:ascii="Montserrat" w:hAnsi="Montserrat"/>
        </w:rPr>
      </w:pPr>
    </w:p>
    <w:p w14:paraId="6EA50CA8" w14:textId="77777777" w:rsidR="00885B0E" w:rsidRDefault="00885B0E" w:rsidP="00885B0E">
      <w:pPr>
        <w:rPr>
          <w:rFonts w:ascii="Montserrat" w:hAnsi="Montserrat"/>
        </w:rPr>
      </w:pPr>
    </w:p>
    <w:p w14:paraId="4CE38B68" w14:textId="77777777" w:rsidR="00885B0E" w:rsidRDefault="00885B0E" w:rsidP="00885B0E">
      <w:pPr>
        <w:rPr>
          <w:rFonts w:ascii="Montserrat" w:hAnsi="Montserrat"/>
        </w:rPr>
      </w:pPr>
    </w:p>
    <w:p w14:paraId="5067F0B8" w14:textId="77777777" w:rsidR="00885B0E" w:rsidRPr="00831A87" w:rsidRDefault="00885B0E" w:rsidP="00885B0E">
      <w:pPr>
        <w:rPr>
          <w:rFonts w:ascii="Montserrat" w:hAnsi="Montserrat"/>
          <w:color w:val="000000" w:themeColor="text1"/>
          <w:sz w:val="44"/>
          <w:szCs w:val="44"/>
        </w:rPr>
      </w:pPr>
      <w:r w:rsidRPr="009D01B8">
        <w:rPr>
          <w:rFonts w:ascii="Montserrat" w:hAnsi="Montserrat"/>
          <w:color w:val="000000" w:themeColor="text1"/>
          <w:sz w:val="44"/>
          <w:szCs w:val="44"/>
        </w:rPr>
        <w:t>2</w:t>
      </w:r>
      <w:r>
        <w:rPr>
          <w:rFonts w:ascii="Montserrat" w:hAnsi="Montserrat"/>
          <w:color w:val="000000" w:themeColor="text1"/>
          <w:sz w:val="44"/>
          <w:szCs w:val="44"/>
        </w:rPr>
        <w:t>2</w:t>
      </w:r>
      <w:r w:rsidRPr="009D01B8">
        <w:rPr>
          <w:rFonts w:ascii="Montserrat" w:hAnsi="Montserrat"/>
          <w:color w:val="000000" w:themeColor="text1"/>
          <w:sz w:val="44"/>
          <w:szCs w:val="44"/>
        </w:rPr>
        <w:t xml:space="preserve"> MAY 2025</w:t>
      </w:r>
    </w:p>
    <w:p w14:paraId="3E8A97D0" w14:textId="77777777" w:rsidR="00885B0E" w:rsidRPr="00410E70" w:rsidRDefault="00885B0E" w:rsidP="003A7054">
      <w:pPr>
        <w:pStyle w:val="Heading2"/>
        <w:rPr>
          <w:b/>
        </w:rPr>
      </w:pPr>
      <w:bookmarkStart w:id="15" w:name="_Toc204960727"/>
      <w:r w:rsidRPr="00410E70">
        <w:rPr>
          <w:b/>
        </w:rPr>
        <w:t>WHOLE WHEAT PASTA WITH SUN-DRIED TOMATOES AND BLACK OLIVES</w:t>
      </w:r>
      <w:bookmarkEnd w:id="1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6"/>
        <w:gridCol w:w="2158"/>
        <w:gridCol w:w="2158"/>
        <w:gridCol w:w="2158"/>
      </w:tblGrid>
      <w:tr w:rsidR="00885B0E" w:rsidRPr="00831A87" w14:paraId="1ABA8A1A" w14:textId="77777777" w:rsidTr="00730C2F">
        <w:tc>
          <w:tcPr>
            <w:tcW w:w="2160" w:type="dxa"/>
          </w:tcPr>
          <w:p w14:paraId="65EEDFA6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Dish Type:</w:t>
            </w:r>
          </w:p>
        </w:tc>
        <w:tc>
          <w:tcPr>
            <w:tcW w:w="2160" w:type="dxa"/>
          </w:tcPr>
          <w:p w14:paraId="1806E263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Main</w:t>
            </w:r>
          </w:p>
        </w:tc>
        <w:tc>
          <w:tcPr>
            <w:tcW w:w="2160" w:type="dxa"/>
          </w:tcPr>
          <w:p w14:paraId="5B27A5D6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Yield:</w:t>
            </w:r>
          </w:p>
        </w:tc>
        <w:tc>
          <w:tcPr>
            <w:tcW w:w="2160" w:type="dxa"/>
          </w:tcPr>
          <w:p w14:paraId="1B11F396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2 servings</w:t>
            </w:r>
          </w:p>
        </w:tc>
      </w:tr>
      <w:tr w:rsidR="00885B0E" w:rsidRPr="00831A87" w14:paraId="44CF4E5D" w14:textId="77777777" w:rsidTr="00730C2F">
        <w:tc>
          <w:tcPr>
            <w:tcW w:w="2160" w:type="dxa"/>
          </w:tcPr>
          <w:p w14:paraId="0150BB4D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Prep Time:</w:t>
            </w:r>
          </w:p>
        </w:tc>
        <w:tc>
          <w:tcPr>
            <w:tcW w:w="2160" w:type="dxa"/>
          </w:tcPr>
          <w:p w14:paraId="112E20C3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5 minutes</w:t>
            </w:r>
          </w:p>
        </w:tc>
        <w:tc>
          <w:tcPr>
            <w:tcW w:w="2160" w:type="dxa"/>
          </w:tcPr>
          <w:p w14:paraId="31AB9DA0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Cooking Time:</w:t>
            </w:r>
          </w:p>
        </w:tc>
        <w:tc>
          <w:tcPr>
            <w:tcW w:w="2160" w:type="dxa"/>
          </w:tcPr>
          <w:p w14:paraId="1FCADEBA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10–12 minutes</w:t>
            </w:r>
          </w:p>
        </w:tc>
      </w:tr>
    </w:tbl>
    <w:p w14:paraId="5FFE1E3D" w14:textId="77777777" w:rsidR="00885B0E" w:rsidRPr="00831A87" w:rsidRDefault="00885B0E" w:rsidP="00885B0E">
      <w:pPr>
        <w:rPr>
          <w:rFonts w:ascii="Montserrat" w:hAnsi="Montserrat"/>
          <w:b/>
          <w:bCs/>
        </w:rPr>
      </w:pPr>
    </w:p>
    <w:p w14:paraId="32DAE13A" w14:textId="77777777" w:rsidR="00885B0E" w:rsidRPr="00831A87" w:rsidRDefault="00885B0E" w:rsidP="00885B0E">
      <w:pPr>
        <w:rPr>
          <w:rFonts w:ascii="Montserrat" w:hAnsi="Montserrat"/>
          <w:b/>
          <w:bCs/>
        </w:rPr>
      </w:pPr>
      <w:r w:rsidRPr="00831A87">
        <w:rPr>
          <w:rFonts w:ascii="Montserrat" w:hAnsi="Montserrat"/>
          <w:b/>
          <w:bCs/>
        </w:rPr>
        <w:t>Ingredients:</w:t>
      </w:r>
    </w:p>
    <w:p w14:paraId="11FF4A76" w14:textId="77777777" w:rsidR="00885B0E" w:rsidRDefault="00885B0E" w:rsidP="00885B0E">
      <w:pPr>
        <w:pStyle w:val="ListBullet"/>
        <w:rPr>
          <w:rFonts w:ascii="Montserrat" w:hAnsi="Montserrat"/>
        </w:rPr>
        <w:sectPr w:rsidR="00885B0E" w:rsidSect="00885B0E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09D842EC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100 g whole wheat pasta</w:t>
      </w:r>
    </w:p>
    <w:p w14:paraId="488C1819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4–5 sun-dried tomatoes, chopped</w:t>
      </w:r>
    </w:p>
    <w:p w14:paraId="4185520C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6 black olives, pitted and halved</w:t>
      </w:r>
    </w:p>
    <w:p w14:paraId="32A95D78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1 tbsp olive oil</w:t>
      </w:r>
    </w:p>
    <w:p w14:paraId="26738688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1 garlic clove, optional</w:t>
      </w:r>
    </w:p>
    <w:p w14:paraId="38FCE340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Chopped parsley or basil</w:t>
      </w:r>
    </w:p>
    <w:p w14:paraId="58A6F1E7" w14:textId="77777777" w:rsidR="00885B0E" w:rsidRDefault="00885B0E" w:rsidP="00885B0E">
      <w:pPr>
        <w:rPr>
          <w:rFonts w:ascii="Montserrat" w:hAnsi="Montserrat"/>
          <w:b/>
          <w:bCs/>
        </w:rPr>
        <w:sectPr w:rsidR="00885B0E" w:rsidSect="00885B0E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179B1B17" w14:textId="77777777" w:rsidR="00885B0E" w:rsidRDefault="00885B0E" w:rsidP="00885B0E">
      <w:pPr>
        <w:rPr>
          <w:rFonts w:ascii="Montserrat" w:hAnsi="Montserrat"/>
          <w:b/>
          <w:bCs/>
        </w:rPr>
      </w:pPr>
    </w:p>
    <w:p w14:paraId="346AF19C" w14:textId="77777777" w:rsidR="00885B0E" w:rsidRPr="00831A87" w:rsidRDefault="00885B0E" w:rsidP="00885B0E">
      <w:pPr>
        <w:rPr>
          <w:rFonts w:ascii="Montserrat" w:hAnsi="Montserrat"/>
          <w:b/>
          <w:bCs/>
        </w:rPr>
      </w:pPr>
      <w:r w:rsidRPr="00831A87">
        <w:rPr>
          <w:rFonts w:ascii="Montserrat" w:hAnsi="Montserrat"/>
          <w:b/>
          <w:bCs/>
        </w:rPr>
        <w:t>Method:</w:t>
      </w:r>
    </w:p>
    <w:p w14:paraId="05C3C69E" w14:textId="77777777" w:rsidR="00885B0E" w:rsidRPr="00831A87" w:rsidRDefault="00885B0E" w:rsidP="00885B0E">
      <w:pPr>
        <w:pStyle w:val="ListNumber"/>
        <w:rPr>
          <w:rFonts w:ascii="Montserrat" w:hAnsi="Montserrat"/>
        </w:rPr>
      </w:pPr>
      <w:r w:rsidRPr="00831A87">
        <w:rPr>
          <w:rFonts w:ascii="Montserrat" w:hAnsi="Montserrat"/>
        </w:rPr>
        <w:t>1. Cook pasta in boiling salted water until al dente. Drain.</w:t>
      </w:r>
    </w:p>
    <w:p w14:paraId="42A73FD0" w14:textId="77777777" w:rsidR="00885B0E" w:rsidRPr="00831A87" w:rsidRDefault="00885B0E" w:rsidP="00885B0E">
      <w:pPr>
        <w:pStyle w:val="ListNumber"/>
        <w:rPr>
          <w:rFonts w:ascii="Montserrat" w:hAnsi="Montserrat"/>
        </w:rPr>
      </w:pPr>
      <w:r w:rsidRPr="00831A87">
        <w:rPr>
          <w:rFonts w:ascii="Montserrat" w:hAnsi="Montserrat"/>
        </w:rPr>
        <w:t>2. Sauté garlic in olive oil (if using), then add sun-dried tomatoes and olives.</w:t>
      </w:r>
    </w:p>
    <w:p w14:paraId="2547F30B" w14:textId="77777777" w:rsidR="00885B0E" w:rsidRPr="00831A87" w:rsidRDefault="00885B0E" w:rsidP="00885B0E">
      <w:pPr>
        <w:pStyle w:val="ListNumber"/>
        <w:rPr>
          <w:rFonts w:ascii="Montserrat" w:hAnsi="Montserrat"/>
        </w:rPr>
      </w:pPr>
      <w:r w:rsidRPr="00831A87">
        <w:rPr>
          <w:rFonts w:ascii="Montserrat" w:hAnsi="Montserrat"/>
        </w:rPr>
        <w:t>3. Toss the cooked pasta into the pan and mix well.</w:t>
      </w:r>
    </w:p>
    <w:p w14:paraId="5443B6BA" w14:textId="77777777" w:rsidR="00885B0E" w:rsidRPr="00831A87" w:rsidRDefault="00885B0E" w:rsidP="00885B0E">
      <w:pPr>
        <w:pStyle w:val="ListNumber"/>
        <w:rPr>
          <w:rFonts w:ascii="Montserrat" w:hAnsi="Montserrat"/>
        </w:rPr>
      </w:pPr>
      <w:r w:rsidRPr="00831A87">
        <w:rPr>
          <w:rFonts w:ascii="Montserrat" w:hAnsi="Montserrat"/>
        </w:rPr>
        <w:t>4. Garnish with chopped herbs and serve.</w:t>
      </w:r>
    </w:p>
    <w:p w14:paraId="44C5CD38" w14:textId="77777777" w:rsidR="00885B0E" w:rsidRPr="00831A87" w:rsidRDefault="00885B0E" w:rsidP="00885B0E">
      <w:pPr>
        <w:rPr>
          <w:rFonts w:ascii="Montserrat" w:hAnsi="Montserrat"/>
        </w:rPr>
      </w:pPr>
      <w:r w:rsidRPr="00831A87">
        <w:rPr>
          <w:rFonts w:ascii="Montserrat" w:hAnsi="Montserrat"/>
        </w:rPr>
        <w:t>Nutritional Information (Per Serving):</w:t>
      </w:r>
    </w:p>
    <w:p w14:paraId="735EBA67" w14:textId="77777777" w:rsidR="00885B0E" w:rsidRPr="00831A87" w:rsidRDefault="00885B0E" w:rsidP="00885B0E">
      <w:pPr>
        <w:rPr>
          <w:rFonts w:ascii="Montserrat" w:hAnsi="Montserrat"/>
        </w:rPr>
      </w:pPr>
      <w:r w:rsidRPr="00831A87">
        <w:rPr>
          <w:rFonts w:ascii="Montserrat" w:hAnsi="Montserrat"/>
        </w:rPr>
        <w:t>~320 kcal | Whole grain carbs | Shelf-stable ingredients | High in fiber and healthy fats</w:t>
      </w:r>
    </w:p>
    <w:p w14:paraId="1421F230" w14:textId="77777777" w:rsidR="00885B0E" w:rsidRPr="00831A87" w:rsidRDefault="00885B0E" w:rsidP="00885B0E">
      <w:pPr>
        <w:rPr>
          <w:rFonts w:ascii="Montserrat" w:hAnsi="Montserrat"/>
        </w:rPr>
      </w:pPr>
    </w:p>
    <w:p w14:paraId="7554DD26" w14:textId="77777777" w:rsidR="00885B0E" w:rsidRDefault="00885B0E" w:rsidP="00885B0E">
      <w:pPr>
        <w:rPr>
          <w:rFonts w:ascii="Montserrat" w:hAnsi="Montserrat"/>
        </w:rPr>
      </w:pPr>
    </w:p>
    <w:p w14:paraId="53B4E01B" w14:textId="77777777" w:rsidR="00885B0E" w:rsidRDefault="00885B0E" w:rsidP="00885B0E">
      <w:pPr>
        <w:rPr>
          <w:rFonts w:ascii="Montserrat" w:hAnsi="Montserrat"/>
        </w:rPr>
      </w:pPr>
    </w:p>
    <w:p w14:paraId="5D065BD3" w14:textId="77777777" w:rsidR="00885B0E" w:rsidRDefault="00885B0E" w:rsidP="00885B0E">
      <w:pPr>
        <w:rPr>
          <w:rFonts w:ascii="Montserrat" w:hAnsi="Montserrat"/>
        </w:rPr>
      </w:pPr>
    </w:p>
    <w:p w14:paraId="57FD9CB2" w14:textId="77777777" w:rsidR="00885B0E" w:rsidRDefault="00885B0E" w:rsidP="00885B0E">
      <w:pPr>
        <w:rPr>
          <w:rFonts w:ascii="Montserrat" w:hAnsi="Montserrat"/>
        </w:rPr>
      </w:pPr>
    </w:p>
    <w:p w14:paraId="377139D9" w14:textId="77777777" w:rsidR="00885B0E" w:rsidRDefault="00885B0E" w:rsidP="00885B0E">
      <w:pPr>
        <w:rPr>
          <w:rFonts w:ascii="Montserrat" w:hAnsi="Montserrat"/>
        </w:rPr>
      </w:pPr>
    </w:p>
    <w:p w14:paraId="0DC503DD" w14:textId="77777777" w:rsidR="001608AA" w:rsidRDefault="001608AA" w:rsidP="00885B0E">
      <w:pPr>
        <w:rPr>
          <w:rFonts w:ascii="Montserrat" w:hAnsi="Montserrat"/>
        </w:rPr>
      </w:pPr>
    </w:p>
    <w:p w14:paraId="4A61B3FE" w14:textId="77777777" w:rsidR="00885B0E" w:rsidRPr="00831A87" w:rsidRDefault="00885B0E" w:rsidP="00885B0E">
      <w:pPr>
        <w:rPr>
          <w:rFonts w:ascii="Montserrat" w:hAnsi="Montserrat"/>
          <w:color w:val="000000" w:themeColor="text1"/>
          <w:sz w:val="44"/>
          <w:szCs w:val="44"/>
        </w:rPr>
      </w:pPr>
      <w:r>
        <w:rPr>
          <w:rFonts w:ascii="Montserrat" w:hAnsi="Montserrat"/>
          <w:color w:val="000000" w:themeColor="text1"/>
          <w:sz w:val="44"/>
          <w:szCs w:val="44"/>
        </w:rPr>
        <w:lastRenderedPageBreak/>
        <w:t>22</w:t>
      </w:r>
      <w:r w:rsidRPr="009D01B8">
        <w:rPr>
          <w:rFonts w:ascii="Montserrat" w:hAnsi="Montserrat"/>
          <w:color w:val="000000" w:themeColor="text1"/>
          <w:sz w:val="44"/>
          <w:szCs w:val="44"/>
        </w:rPr>
        <w:t xml:space="preserve"> MAY 2025</w:t>
      </w:r>
    </w:p>
    <w:p w14:paraId="2142E32E" w14:textId="77777777" w:rsidR="00885B0E" w:rsidRPr="00410E70" w:rsidRDefault="00885B0E" w:rsidP="003A7054">
      <w:pPr>
        <w:pStyle w:val="Heading2"/>
        <w:rPr>
          <w:b/>
        </w:rPr>
      </w:pPr>
      <w:bookmarkStart w:id="16" w:name="_Toc204960728"/>
      <w:r w:rsidRPr="00410E70">
        <w:rPr>
          <w:b/>
        </w:rPr>
        <w:t>SUGAR-FREE OAT PUDDING</w:t>
      </w:r>
      <w:bookmarkEnd w:id="1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6"/>
        <w:gridCol w:w="2158"/>
        <w:gridCol w:w="2158"/>
        <w:gridCol w:w="2158"/>
      </w:tblGrid>
      <w:tr w:rsidR="00885B0E" w:rsidRPr="00831A87" w14:paraId="75CFDC54" w14:textId="77777777" w:rsidTr="00730C2F">
        <w:tc>
          <w:tcPr>
            <w:tcW w:w="2160" w:type="dxa"/>
          </w:tcPr>
          <w:p w14:paraId="1E120F44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Dish Type:</w:t>
            </w:r>
          </w:p>
        </w:tc>
        <w:tc>
          <w:tcPr>
            <w:tcW w:w="2160" w:type="dxa"/>
          </w:tcPr>
          <w:p w14:paraId="35E055FB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Dessert</w:t>
            </w:r>
          </w:p>
        </w:tc>
        <w:tc>
          <w:tcPr>
            <w:tcW w:w="2160" w:type="dxa"/>
          </w:tcPr>
          <w:p w14:paraId="7A4F5373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Yield:</w:t>
            </w:r>
          </w:p>
        </w:tc>
        <w:tc>
          <w:tcPr>
            <w:tcW w:w="2160" w:type="dxa"/>
          </w:tcPr>
          <w:p w14:paraId="504157BD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2 portions</w:t>
            </w:r>
          </w:p>
        </w:tc>
      </w:tr>
      <w:tr w:rsidR="00885B0E" w:rsidRPr="00831A87" w14:paraId="3D464E92" w14:textId="77777777" w:rsidTr="00730C2F">
        <w:tc>
          <w:tcPr>
            <w:tcW w:w="2160" w:type="dxa"/>
          </w:tcPr>
          <w:p w14:paraId="42446738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Prep Time:</w:t>
            </w:r>
          </w:p>
        </w:tc>
        <w:tc>
          <w:tcPr>
            <w:tcW w:w="2160" w:type="dxa"/>
          </w:tcPr>
          <w:p w14:paraId="5538ADFA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5 minutes</w:t>
            </w:r>
          </w:p>
        </w:tc>
        <w:tc>
          <w:tcPr>
            <w:tcW w:w="2160" w:type="dxa"/>
          </w:tcPr>
          <w:p w14:paraId="7A773977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Cooking Time:</w:t>
            </w:r>
          </w:p>
        </w:tc>
        <w:tc>
          <w:tcPr>
            <w:tcW w:w="2160" w:type="dxa"/>
          </w:tcPr>
          <w:p w14:paraId="4AE48EC7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10 minutes</w:t>
            </w:r>
          </w:p>
        </w:tc>
      </w:tr>
    </w:tbl>
    <w:p w14:paraId="4D410E8E" w14:textId="77777777" w:rsidR="00885B0E" w:rsidRDefault="00885B0E" w:rsidP="00885B0E">
      <w:pPr>
        <w:rPr>
          <w:rFonts w:ascii="Montserrat" w:hAnsi="Montserrat"/>
        </w:rPr>
      </w:pPr>
    </w:p>
    <w:p w14:paraId="53D83D6B" w14:textId="77777777" w:rsidR="00885B0E" w:rsidRPr="00831A87" w:rsidRDefault="00885B0E" w:rsidP="00885B0E">
      <w:pPr>
        <w:rPr>
          <w:rFonts w:ascii="Montserrat" w:hAnsi="Montserrat"/>
          <w:b/>
          <w:bCs/>
        </w:rPr>
      </w:pPr>
      <w:r w:rsidRPr="00831A87">
        <w:rPr>
          <w:rFonts w:ascii="Montserrat" w:hAnsi="Montserrat"/>
          <w:b/>
          <w:bCs/>
        </w:rPr>
        <w:t>Ingredients:</w:t>
      </w:r>
    </w:p>
    <w:p w14:paraId="29B917ED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½ cup rolled oats</w:t>
      </w:r>
    </w:p>
    <w:p w14:paraId="3CD7A1B6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 xml:space="preserve">1 </w:t>
      </w:r>
      <w:proofErr w:type="gramStart"/>
      <w:r w:rsidRPr="00831A87">
        <w:rPr>
          <w:rFonts w:ascii="Montserrat" w:hAnsi="Montserrat"/>
        </w:rPr>
        <w:t>cup</w:t>
      </w:r>
      <w:proofErr w:type="gramEnd"/>
      <w:r w:rsidRPr="00831A87">
        <w:rPr>
          <w:rFonts w:ascii="Montserrat" w:hAnsi="Montserrat"/>
        </w:rPr>
        <w:t xml:space="preserve"> water or milk</w:t>
      </w:r>
    </w:p>
    <w:p w14:paraId="376388F4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1 tsp cinnamon or cocoa powder (optional)</w:t>
      </w:r>
    </w:p>
    <w:p w14:paraId="0089B736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Pinch of salt</w:t>
      </w:r>
    </w:p>
    <w:p w14:paraId="3E46396E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Optional: vanilla extract</w:t>
      </w:r>
    </w:p>
    <w:p w14:paraId="27160E40" w14:textId="77777777" w:rsidR="00885B0E" w:rsidRPr="00831A87" w:rsidRDefault="00885B0E" w:rsidP="00885B0E">
      <w:pPr>
        <w:rPr>
          <w:rFonts w:ascii="Montserrat" w:hAnsi="Montserrat"/>
          <w:b/>
          <w:bCs/>
        </w:rPr>
      </w:pPr>
      <w:r w:rsidRPr="00831A87">
        <w:rPr>
          <w:rFonts w:ascii="Montserrat" w:hAnsi="Montserrat"/>
          <w:b/>
          <w:bCs/>
        </w:rPr>
        <w:t>Method:</w:t>
      </w:r>
    </w:p>
    <w:p w14:paraId="142D71AA" w14:textId="77777777" w:rsidR="00885B0E" w:rsidRPr="00831A87" w:rsidRDefault="00885B0E" w:rsidP="00885B0E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831A87">
        <w:rPr>
          <w:rFonts w:ascii="Montserrat" w:hAnsi="Montserrat"/>
        </w:rPr>
        <w:t>1. In a small pot, combine oats, liquid, and flavorings.</w:t>
      </w:r>
    </w:p>
    <w:p w14:paraId="2E6E3404" w14:textId="77777777" w:rsidR="00885B0E" w:rsidRPr="00831A87" w:rsidRDefault="00885B0E" w:rsidP="00885B0E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831A87">
        <w:rPr>
          <w:rFonts w:ascii="Montserrat" w:hAnsi="Montserrat"/>
        </w:rPr>
        <w:t>2. Simmer over low heat for 8–10 minutes until thick and creamy.</w:t>
      </w:r>
    </w:p>
    <w:p w14:paraId="54CE4C34" w14:textId="77777777" w:rsidR="00885B0E" w:rsidRPr="00831A87" w:rsidRDefault="00885B0E" w:rsidP="00885B0E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831A87">
        <w:rPr>
          <w:rFonts w:ascii="Montserrat" w:hAnsi="Montserrat"/>
        </w:rPr>
        <w:t>3. Let cool slightly before serving.</w:t>
      </w:r>
    </w:p>
    <w:p w14:paraId="094E3D10" w14:textId="77777777" w:rsidR="00885B0E" w:rsidRPr="00831A87" w:rsidRDefault="00885B0E" w:rsidP="00885B0E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831A87">
        <w:rPr>
          <w:rFonts w:ascii="Montserrat" w:hAnsi="Montserrat"/>
        </w:rPr>
        <w:t>4. Serve warm or chilled.</w:t>
      </w:r>
    </w:p>
    <w:p w14:paraId="19893DF2" w14:textId="77777777" w:rsidR="00885B0E" w:rsidRDefault="00885B0E" w:rsidP="00885B0E">
      <w:pPr>
        <w:rPr>
          <w:rFonts w:ascii="Montserrat" w:hAnsi="Montserrat"/>
        </w:rPr>
      </w:pPr>
    </w:p>
    <w:p w14:paraId="411A2A0E" w14:textId="77777777" w:rsidR="00885B0E" w:rsidRPr="00831A87" w:rsidRDefault="00885B0E" w:rsidP="00885B0E">
      <w:pPr>
        <w:rPr>
          <w:rFonts w:ascii="Montserrat" w:hAnsi="Montserrat"/>
        </w:rPr>
      </w:pPr>
      <w:r w:rsidRPr="00831A87">
        <w:rPr>
          <w:rFonts w:ascii="Montserrat" w:hAnsi="Montserrat"/>
        </w:rPr>
        <w:t>Nutritional Information (Per Serving):</w:t>
      </w:r>
      <w:r>
        <w:rPr>
          <w:rFonts w:ascii="Montserrat" w:hAnsi="Montserrat"/>
        </w:rPr>
        <w:t xml:space="preserve"> </w:t>
      </w:r>
      <w:r w:rsidRPr="00831A87">
        <w:rPr>
          <w:rFonts w:ascii="Montserrat" w:hAnsi="Montserrat"/>
        </w:rPr>
        <w:t>~180 kcal | Low glycemic index | Filling | Helps manage sugar intake onboard</w:t>
      </w:r>
    </w:p>
    <w:p w14:paraId="23CC3D52" w14:textId="77777777" w:rsidR="00885B0E" w:rsidRPr="00831A87" w:rsidRDefault="00885B0E" w:rsidP="00885B0E">
      <w:pPr>
        <w:rPr>
          <w:rFonts w:ascii="Montserrat" w:hAnsi="Montserrat"/>
        </w:rPr>
      </w:pPr>
    </w:p>
    <w:p w14:paraId="6D592B48" w14:textId="77777777" w:rsidR="00885B0E" w:rsidRDefault="00885B0E" w:rsidP="00885B0E">
      <w:pPr>
        <w:rPr>
          <w:rFonts w:ascii="Montserrat" w:hAnsi="Montserrat"/>
        </w:rPr>
      </w:pPr>
    </w:p>
    <w:p w14:paraId="3AFF11AA" w14:textId="77777777" w:rsidR="007B7A15" w:rsidRDefault="007B7A15" w:rsidP="00885B0E">
      <w:pPr>
        <w:rPr>
          <w:rFonts w:ascii="Montserrat" w:hAnsi="Montserrat"/>
        </w:rPr>
      </w:pPr>
    </w:p>
    <w:p w14:paraId="10DE67B7" w14:textId="77777777" w:rsidR="00885B0E" w:rsidRDefault="00885B0E" w:rsidP="00885B0E">
      <w:pPr>
        <w:rPr>
          <w:rFonts w:ascii="Montserrat" w:hAnsi="Montserrat"/>
        </w:rPr>
      </w:pPr>
    </w:p>
    <w:p w14:paraId="3F3D8304" w14:textId="77777777" w:rsidR="00885B0E" w:rsidRDefault="00885B0E" w:rsidP="00885B0E">
      <w:pPr>
        <w:rPr>
          <w:rFonts w:ascii="Montserrat" w:hAnsi="Montserrat"/>
        </w:rPr>
      </w:pPr>
    </w:p>
    <w:p w14:paraId="35D7F863" w14:textId="77777777" w:rsidR="00885B0E" w:rsidRDefault="00885B0E" w:rsidP="00885B0E">
      <w:pPr>
        <w:rPr>
          <w:rFonts w:ascii="Montserrat" w:hAnsi="Montserrat"/>
        </w:rPr>
      </w:pPr>
    </w:p>
    <w:p w14:paraId="3960AFD4" w14:textId="77777777" w:rsidR="00885B0E" w:rsidRDefault="00885B0E" w:rsidP="00885B0E">
      <w:pPr>
        <w:rPr>
          <w:rFonts w:ascii="Montserrat" w:hAnsi="Montserrat"/>
        </w:rPr>
      </w:pPr>
    </w:p>
    <w:p w14:paraId="4D4624E4" w14:textId="77777777" w:rsidR="00885B0E" w:rsidRDefault="00885B0E" w:rsidP="00885B0E">
      <w:pPr>
        <w:rPr>
          <w:rFonts w:ascii="Montserrat" w:hAnsi="Montserrat"/>
        </w:rPr>
      </w:pPr>
    </w:p>
    <w:p w14:paraId="1702269B" w14:textId="77777777" w:rsidR="00885B0E" w:rsidRDefault="00885B0E" w:rsidP="00885B0E">
      <w:pPr>
        <w:rPr>
          <w:rFonts w:ascii="Montserrat" w:hAnsi="Montserrat"/>
        </w:rPr>
      </w:pPr>
    </w:p>
    <w:p w14:paraId="2AE094A8" w14:textId="77777777" w:rsidR="00885B0E" w:rsidRPr="00831A87" w:rsidRDefault="00885B0E" w:rsidP="00885B0E">
      <w:pPr>
        <w:rPr>
          <w:rFonts w:ascii="Montserrat" w:hAnsi="Montserrat"/>
          <w:color w:val="000000" w:themeColor="text1"/>
          <w:sz w:val="44"/>
          <w:szCs w:val="44"/>
        </w:rPr>
      </w:pPr>
      <w:r w:rsidRPr="009D01B8">
        <w:rPr>
          <w:rFonts w:ascii="Montserrat" w:hAnsi="Montserrat"/>
          <w:color w:val="000000" w:themeColor="text1"/>
          <w:sz w:val="44"/>
          <w:szCs w:val="44"/>
        </w:rPr>
        <w:lastRenderedPageBreak/>
        <w:t>2</w:t>
      </w:r>
      <w:r>
        <w:rPr>
          <w:rFonts w:ascii="Montserrat" w:hAnsi="Montserrat"/>
          <w:color w:val="000000" w:themeColor="text1"/>
          <w:sz w:val="44"/>
          <w:szCs w:val="44"/>
        </w:rPr>
        <w:t>2</w:t>
      </w:r>
      <w:r w:rsidRPr="009D01B8">
        <w:rPr>
          <w:rFonts w:ascii="Montserrat" w:hAnsi="Montserrat"/>
          <w:color w:val="000000" w:themeColor="text1"/>
          <w:sz w:val="44"/>
          <w:szCs w:val="44"/>
        </w:rPr>
        <w:t xml:space="preserve"> MAY 2025</w:t>
      </w:r>
    </w:p>
    <w:p w14:paraId="04B3B9F1" w14:textId="77777777" w:rsidR="00885B0E" w:rsidRPr="00410E70" w:rsidRDefault="00885B0E" w:rsidP="003A7054">
      <w:pPr>
        <w:pStyle w:val="Heading2"/>
        <w:rPr>
          <w:b/>
        </w:rPr>
      </w:pPr>
      <w:bookmarkStart w:id="17" w:name="_Toc204960729"/>
      <w:r w:rsidRPr="00410E70">
        <w:rPr>
          <w:b/>
        </w:rPr>
        <w:t>GINGER &amp; CARROT SOUP</w:t>
      </w:r>
      <w:bookmarkEnd w:id="1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6"/>
        <w:gridCol w:w="2158"/>
        <w:gridCol w:w="2158"/>
        <w:gridCol w:w="2158"/>
      </w:tblGrid>
      <w:tr w:rsidR="00885B0E" w:rsidRPr="00831A87" w14:paraId="475BE27D" w14:textId="77777777" w:rsidTr="00730C2F">
        <w:tc>
          <w:tcPr>
            <w:tcW w:w="2160" w:type="dxa"/>
          </w:tcPr>
          <w:p w14:paraId="7DF0FBE8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Dish Type:</w:t>
            </w:r>
          </w:p>
        </w:tc>
        <w:tc>
          <w:tcPr>
            <w:tcW w:w="2160" w:type="dxa"/>
          </w:tcPr>
          <w:p w14:paraId="20FCFDAD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Starter</w:t>
            </w:r>
          </w:p>
        </w:tc>
        <w:tc>
          <w:tcPr>
            <w:tcW w:w="2160" w:type="dxa"/>
          </w:tcPr>
          <w:p w14:paraId="249C9C35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Yield:</w:t>
            </w:r>
          </w:p>
        </w:tc>
        <w:tc>
          <w:tcPr>
            <w:tcW w:w="2160" w:type="dxa"/>
          </w:tcPr>
          <w:p w14:paraId="2721663C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2 servings</w:t>
            </w:r>
          </w:p>
        </w:tc>
      </w:tr>
      <w:tr w:rsidR="00885B0E" w:rsidRPr="00831A87" w14:paraId="011646D7" w14:textId="77777777" w:rsidTr="00730C2F">
        <w:tc>
          <w:tcPr>
            <w:tcW w:w="2160" w:type="dxa"/>
          </w:tcPr>
          <w:p w14:paraId="2B0CB552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Prep Time:</w:t>
            </w:r>
          </w:p>
        </w:tc>
        <w:tc>
          <w:tcPr>
            <w:tcW w:w="2160" w:type="dxa"/>
          </w:tcPr>
          <w:p w14:paraId="2194D173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5 minutes</w:t>
            </w:r>
          </w:p>
        </w:tc>
        <w:tc>
          <w:tcPr>
            <w:tcW w:w="2160" w:type="dxa"/>
          </w:tcPr>
          <w:p w14:paraId="6533E744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Cooking Time:</w:t>
            </w:r>
          </w:p>
        </w:tc>
        <w:tc>
          <w:tcPr>
            <w:tcW w:w="2160" w:type="dxa"/>
          </w:tcPr>
          <w:p w14:paraId="133C0847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20 minutes</w:t>
            </w:r>
          </w:p>
        </w:tc>
      </w:tr>
    </w:tbl>
    <w:p w14:paraId="4EA85EAD" w14:textId="77777777" w:rsidR="00885B0E" w:rsidRDefault="00885B0E" w:rsidP="00885B0E">
      <w:pPr>
        <w:rPr>
          <w:rFonts w:ascii="Montserrat" w:hAnsi="Montserrat"/>
        </w:rPr>
      </w:pPr>
    </w:p>
    <w:p w14:paraId="2C44F202" w14:textId="77777777" w:rsidR="00885B0E" w:rsidRPr="00831A87" w:rsidRDefault="00885B0E" w:rsidP="00885B0E">
      <w:pPr>
        <w:rPr>
          <w:rFonts w:ascii="Montserrat" w:hAnsi="Montserrat"/>
          <w:b/>
          <w:bCs/>
        </w:rPr>
      </w:pPr>
      <w:r w:rsidRPr="00831A87">
        <w:rPr>
          <w:rFonts w:ascii="Montserrat" w:hAnsi="Montserrat"/>
          <w:b/>
          <w:bCs/>
        </w:rPr>
        <w:t>Ingredients:</w:t>
      </w:r>
    </w:p>
    <w:p w14:paraId="6C050FE4" w14:textId="77777777" w:rsidR="00885B0E" w:rsidRDefault="00885B0E" w:rsidP="00885B0E">
      <w:pPr>
        <w:pStyle w:val="ListBullet"/>
        <w:rPr>
          <w:rFonts w:ascii="Montserrat" w:hAnsi="Montserrat"/>
        </w:rPr>
        <w:sectPr w:rsidR="00885B0E" w:rsidSect="00885B0E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193F7D84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1 tbsp olive oil</w:t>
      </w:r>
    </w:p>
    <w:p w14:paraId="33BEE2C8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2 carrots, chopped</w:t>
      </w:r>
    </w:p>
    <w:p w14:paraId="3D0EE47A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½ onion, chopped</w:t>
      </w:r>
    </w:p>
    <w:p w14:paraId="7F6003A5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1 tsp fresh grated ginger</w:t>
      </w:r>
    </w:p>
    <w:p w14:paraId="2178BD4A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2 cups water or vegetable stock</w:t>
      </w:r>
    </w:p>
    <w:p w14:paraId="30028C89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Salt and pepper to taste</w:t>
      </w:r>
    </w:p>
    <w:p w14:paraId="6CD636A3" w14:textId="77777777" w:rsidR="00885B0E" w:rsidRDefault="00885B0E" w:rsidP="00885B0E">
      <w:pPr>
        <w:rPr>
          <w:rFonts w:ascii="Montserrat" w:hAnsi="Montserrat"/>
        </w:rPr>
        <w:sectPr w:rsidR="00885B0E" w:rsidSect="00885B0E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70FB075E" w14:textId="77777777" w:rsidR="00885B0E" w:rsidRDefault="00885B0E" w:rsidP="00885B0E">
      <w:pPr>
        <w:rPr>
          <w:rFonts w:ascii="Montserrat" w:hAnsi="Montserrat"/>
        </w:rPr>
      </w:pPr>
    </w:p>
    <w:p w14:paraId="6956A099" w14:textId="77777777" w:rsidR="00885B0E" w:rsidRPr="00831A87" w:rsidRDefault="00885B0E" w:rsidP="00885B0E">
      <w:pPr>
        <w:rPr>
          <w:rFonts w:ascii="Montserrat" w:hAnsi="Montserrat"/>
          <w:b/>
          <w:bCs/>
        </w:rPr>
      </w:pPr>
      <w:r w:rsidRPr="00831A87">
        <w:rPr>
          <w:rFonts w:ascii="Montserrat" w:hAnsi="Montserrat"/>
          <w:b/>
          <w:bCs/>
        </w:rPr>
        <w:t>Method:</w:t>
      </w:r>
    </w:p>
    <w:p w14:paraId="3B5C0CBC" w14:textId="77777777" w:rsidR="00885B0E" w:rsidRPr="00831A87" w:rsidRDefault="00885B0E" w:rsidP="00885B0E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831A87">
        <w:rPr>
          <w:rFonts w:ascii="Montserrat" w:hAnsi="Montserrat"/>
        </w:rPr>
        <w:t>1. Sauté onion, carrots, and ginger in olive oil for 3–4 minutes.</w:t>
      </w:r>
    </w:p>
    <w:p w14:paraId="55616B80" w14:textId="77777777" w:rsidR="00885B0E" w:rsidRPr="00831A87" w:rsidRDefault="00885B0E" w:rsidP="00885B0E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831A87">
        <w:rPr>
          <w:rFonts w:ascii="Montserrat" w:hAnsi="Montserrat"/>
        </w:rPr>
        <w:t>2. Add water or stock and bring to a boil.</w:t>
      </w:r>
    </w:p>
    <w:p w14:paraId="1565FA39" w14:textId="77777777" w:rsidR="00885B0E" w:rsidRPr="00831A87" w:rsidRDefault="00885B0E" w:rsidP="00885B0E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831A87">
        <w:rPr>
          <w:rFonts w:ascii="Montserrat" w:hAnsi="Montserrat"/>
        </w:rPr>
        <w:t>3. Simmer for 15 minutes until carrots are soft.</w:t>
      </w:r>
    </w:p>
    <w:p w14:paraId="043D25B1" w14:textId="77777777" w:rsidR="00885B0E" w:rsidRPr="00831A87" w:rsidRDefault="00885B0E" w:rsidP="00885B0E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831A87">
        <w:rPr>
          <w:rFonts w:ascii="Montserrat" w:hAnsi="Montserrat"/>
        </w:rPr>
        <w:t>4. Blend until smooth. Adjust seasoning and serve hot.</w:t>
      </w:r>
    </w:p>
    <w:p w14:paraId="38DBA7A1" w14:textId="77777777" w:rsidR="00885B0E" w:rsidRDefault="00885B0E" w:rsidP="00885B0E">
      <w:pPr>
        <w:rPr>
          <w:rFonts w:ascii="Montserrat" w:hAnsi="Montserrat"/>
        </w:rPr>
      </w:pPr>
    </w:p>
    <w:p w14:paraId="5DBAAB65" w14:textId="77777777" w:rsidR="00885B0E" w:rsidRPr="00831A87" w:rsidRDefault="00885B0E" w:rsidP="00885B0E">
      <w:pPr>
        <w:rPr>
          <w:rFonts w:ascii="Montserrat" w:hAnsi="Montserrat"/>
        </w:rPr>
      </w:pPr>
      <w:r w:rsidRPr="00831A87">
        <w:rPr>
          <w:rFonts w:ascii="Montserrat" w:hAnsi="Montserrat"/>
        </w:rPr>
        <w:t>Nutritional Information (Per Serving):</w:t>
      </w:r>
      <w:r>
        <w:rPr>
          <w:rFonts w:ascii="Montserrat" w:hAnsi="Montserrat"/>
        </w:rPr>
        <w:t xml:space="preserve"> </w:t>
      </w:r>
      <w:r w:rsidRPr="00831A87">
        <w:rPr>
          <w:rFonts w:ascii="Montserrat" w:hAnsi="Montserrat"/>
        </w:rPr>
        <w:t>~130 kcal | Immune-supportive | Made from long-storage ingredients | Light and easy to digest</w:t>
      </w:r>
    </w:p>
    <w:p w14:paraId="5D4E2EB6" w14:textId="77777777" w:rsidR="00885B0E" w:rsidRPr="00831A87" w:rsidRDefault="00885B0E" w:rsidP="00885B0E">
      <w:pPr>
        <w:rPr>
          <w:rFonts w:ascii="Montserrat" w:hAnsi="Montserrat"/>
        </w:rPr>
      </w:pPr>
    </w:p>
    <w:p w14:paraId="1B62E0F9" w14:textId="77777777" w:rsidR="00885B0E" w:rsidRDefault="00885B0E" w:rsidP="00885B0E">
      <w:pPr>
        <w:rPr>
          <w:rFonts w:ascii="Montserrat" w:hAnsi="Montserrat"/>
        </w:rPr>
      </w:pPr>
    </w:p>
    <w:p w14:paraId="3B5D76AA" w14:textId="77777777" w:rsidR="00885B0E" w:rsidRDefault="00885B0E" w:rsidP="00885B0E">
      <w:pPr>
        <w:rPr>
          <w:rFonts w:ascii="Montserrat" w:hAnsi="Montserrat"/>
        </w:rPr>
      </w:pPr>
    </w:p>
    <w:p w14:paraId="0B9E392B" w14:textId="77777777" w:rsidR="00885B0E" w:rsidRDefault="00885B0E" w:rsidP="00885B0E">
      <w:pPr>
        <w:rPr>
          <w:rFonts w:ascii="Montserrat" w:hAnsi="Montserrat"/>
        </w:rPr>
      </w:pPr>
    </w:p>
    <w:p w14:paraId="5003DF31" w14:textId="77777777" w:rsidR="00885B0E" w:rsidRDefault="00885B0E" w:rsidP="00885B0E">
      <w:pPr>
        <w:rPr>
          <w:rFonts w:ascii="Montserrat" w:hAnsi="Montserrat"/>
        </w:rPr>
      </w:pPr>
    </w:p>
    <w:p w14:paraId="3F9639F6" w14:textId="77777777" w:rsidR="00885B0E" w:rsidRDefault="00885B0E" w:rsidP="00885B0E">
      <w:pPr>
        <w:rPr>
          <w:rFonts w:ascii="Montserrat" w:hAnsi="Montserrat"/>
        </w:rPr>
      </w:pPr>
    </w:p>
    <w:p w14:paraId="013A6012" w14:textId="77777777" w:rsidR="00885B0E" w:rsidRDefault="00885B0E" w:rsidP="00885B0E">
      <w:pPr>
        <w:rPr>
          <w:rFonts w:ascii="Montserrat" w:hAnsi="Montserrat"/>
        </w:rPr>
      </w:pPr>
    </w:p>
    <w:p w14:paraId="378453E1" w14:textId="77777777" w:rsidR="00885B0E" w:rsidRDefault="00885B0E" w:rsidP="00885B0E">
      <w:pPr>
        <w:rPr>
          <w:rFonts w:ascii="Montserrat" w:hAnsi="Montserrat"/>
        </w:rPr>
      </w:pPr>
    </w:p>
    <w:p w14:paraId="6A92A133" w14:textId="77777777" w:rsidR="00885B0E" w:rsidRDefault="00885B0E" w:rsidP="00885B0E">
      <w:pPr>
        <w:rPr>
          <w:rFonts w:ascii="Montserrat" w:hAnsi="Montserrat"/>
        </w:rPr>
      </w:pPr>
    </w:p>
    <w:p w14:paraId="163F0B41" w14:textId="77777777" w:rsidR="00885B0E" w:rsidRPr="00831A87" w:rsidRDefault="00885B0E" w:rsidP="00885B0E">
      <w:pPr>
        <w:rPr>
          <w:rFonts w:ascii="Montserrat" w:hAnsi="Montserrat"/>
          <w:color w:val="000000" w:themeColor="text1"/>
          <w:sz w:val="44"/>
          <w:szCs w:val="44"/>
        </w:rPr>
      </w:pPr>
      <w:r w:rsidRPr="009D01B8">
        <w:rPr>
          <w:rFonts w:ascii="Montserrat" w:hAnsi="Montserrat"/>
          <w:color w:val="000000" w:themeColor="text1"/>
          <w:sz w:val="44"/>
          <w:szCs w:val="44"/>
        </w:rPr>
        <w:lastRenderedPageBreak/>
        <w:t>2</w:t>
      </w:r>
      <w:r>
        <w:rPr>
          <w:rFonts w:ascii="Montserrat" w:hAnsi="Montserrat"/>
          <w:color w:val="000000" w:themeColor="text1"/>
          <w:sz w:val="44"/>
          <w:szCs w:val="44"/>
        </w:rPr>
        <w:t>2</w:t>
      </w:r>
      <w:r w:rsidRPr="009D01B8">
        <w:rPr>
          <w:rFonts w:ascii="Montserrat" w:hAnsi="Montserrat"/>
          <w:color w:val="000000" w:themeColor="text1"/>
          <w:sz w:val="44"/>
          <w:szCs w:val="44"/>
        </w:rPr>
        <w:t xml:space="preserve"> MAY 2025</w:t>
      </w:r>
    </w:p>
    <w:p w14:paraId="0B9F7B68" w14:textId="77777777" w:rsidR="00885B0E" w:rsidRPr="00410E70" w:rsidRDefault="00885B0E" w:rsidP="003A7054">
      <w:pPr>
        <w:pStyle w:val="Heading2"/>
        <w:rPr>
          <w:b/>
        </w:rPr>
      </w:pPr>
      <w:bookmarkStart w:id="18" w:name="_Toc204960730"/>
      <w:r w:rsidRPr="00410E70">
        <w:rPr>
          <w:b/>
        </w:rPr>
        <w:t>WHOLE WHEAT PASTA WITH TOMATO SAUCE (ONE-POT)</w:t>
      </w:r>
      <w:bookmarkEnd w:id="1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6"/>
        <w:gridCol w:w="2158"/>
        <w:gridCol w:w="2158"/>
        <w:gridCol w:w="2158"/>
      </w:tblGrid>
      <w:tr w:rsidR="00885B0E" w:rsidRPr="00831A87" w14:paraId="7362FC56" w14:textId="77777777" w:rsidTr="00730C2F">
        <w:tc>
          <w:tcPr>
            <w:tcW w:w="2160" w:type="dxa"/>
          </w:tcPr>
          <w:p w14:paraId="004E0081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Dish Type:</w:t>
            </w:r>
          </w:p>
        </w:tc>
        <w:tc>
          <w:tcPr>
            <w:tcW w:w="2160" w:type="dxa"/>
          </w:tcPr>
          <w:p w14:paraId="4B75FF6C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Main</w:t>
            </w:r>
          </w:p>
        </w:tc>
        <w:tc>
          <w:tcPr>
            <w:tcW w:w="2160" w:type="dxa"/>
          </w:tcPr>
          <w:p w14:paraId="08D4B2AC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Yield:</w:t>
            </w:r>
          </w:p>
        </w:tc>
        <w:tc>
          <w:tcPr>
            <w:tcW w:w="2160" w:type="dxa"/>
          </w:tcPr>
          <w:p w14:paraId="62D72994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2 servings</w:t>
            </w:r>
          </w:p>
        </w:tc>
      </w:tr>
      <w:tr w:rsidR="00885B0E" w:rsidRPr="00831A87" w14:paraId="65F57698" w14:textId="77777777" w:rsidTr="00730C2F">
        <w:tc>
          <w:tcPr>
            <w:tcW w:w="2160" w:type="dxa"/>
          </w:tcPr>
          <w:p w14:paraId="37776CD3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Prep Time:</w:t>
            </w:r>
          </w:p>
        </w:tc>
        <w:tc>
          <w:tcPr>
            <w:tcW w:w="2160" w:type="dxa"/>
          </w:tcPr>
          <w:p w14:paraId="7B969E9C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5 minutes</w:t>
            </w:r>
          </w:p>
        </w:tc>
        <w:tc>
          <w:tcPr>
            <w:tcW w:w="2160" w:type="dxa"/>
          </w:tcPr>
          <w:p w14:paraId="5C4FBD35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Cooking Time:</w:t>
            </w:r>
          </w:p>
        </w:tc>
        <w:tc>
          <w:tcPr>
            <w:tcW w:w="2160" w:type="dxa"/>
          </w:tcPr>
          <w:p w14:paraId="7A1A81E0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10–12 minutes</w:t>
            </w:r>
          </w:p>
        </w:tc>
      </w:tr>
    </w:tbl>
    <w:p w14:paraId="14D387C1" w14:textId="77777777" w:rsidR="00885B0E" w:rsidRDefault="00885B0E" w:rsidP="00885B0E">
      <w:pPr>
        <w:rPr>
          <w:rFonts w:ascii="Montserrat" w:hAnsi="Montserrat"/>
        </w:rPr>
      </w:pPr>
    </w:p>
    <w:p w14:paraId="120BA51F" w14:textId="77777777" w:rsidR="00885B0E" w:rsidRPr="00831A87" w:rsidRDefault="00885B0E" w:rsidP="00885B0E">
      <w:pPr>
        <w:rPr>
          <w:rFonts w:ascii="Montserrat" w:hAnsi="Montserrat"/>
          <w:b/>
          <w:bCs/>
        </w:rPr>
      </w:pPr>
      <w:r w:rsidRPr="00831A87">
        <w:rPr>
          <w:rFonts w:ascii="Montserrat" w:hAnsi="Montserrat"/>
          <w:b/>
          <w:bCs/>
        </w:rPr>
        <w:t>Ingredients:</w:t>
      </w:r>
    </w:p>
    <w:p w14:paraId="63CA5DF7" w14:textId="77777777" w:rsidR="00885B0E" w:rsidRDefault="00885B0E" w:rsidP="00885B0E">
      <w:pPr>
        <w:pStyle w:val="ListBullet"/>
        <w:rPr>
          <w:rFonts w:ascii="Montserrat" w:hAnsi="Montserrat"/>
        </w:rPr>
        <w:sectPr w:rsidR="00885B0E" w:rsidSect="00885B0E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6583C669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100 g whole wheat pasta</w:t>
      </w:r>
    </w:p>
    <w:p w14:paraId="0B5FA9C0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 xml:space="preserve">1 </w:t>
      </w:r>
      <w:proofErr w:type="gramStart"/>
      <w:r w:rsidRPr="00831A87">
        <w:rPr>
          <w:rFonts w:ascii="Montserrat" w:hAnsi="Montserrat"/>
        </w:rPr>
        <w:t>cup</w:t>
      </w:r>
      <w:proofErr w:type="gramEnd"/>
      <w:r w:rsidRPr="00831A87">
        <w:rPr>
          <w:rFonts w:ascii="Montserrat" w:hAnsi="Montserrat"/>
        </w:rPr>
        <w:t xml:space="preserve"> water</w:t>
      </w:r>
    </w:p>
    <w:p w14:paraId="6FFFEB09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½ cup canned tomato</w:t>
      </w:r>
    </w:p>
    <w:p w14:paraId="47E8B2A1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1 tsp olive oil</w:t>
      </w:r>
    </w:p>
    <w:p w14:paraId="451995CB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Garlic, herbs, salt to taste</w:t>
      </w:r>
    </w:p>
    <w:p w14:paraId="01945548" w14:textId="77777777" w:rsidR="00885B0E" w:rsidRDefault="00885B0E" w:rsidP="00885B0E">
      <w:pPr>
        <w:rPr>
          <w:rFonts w:ascii="Montserrat" w:hAnsi="Montserrat"/>
        </w:rPr>
        <w:sectPr w:rsidR="00885B0E" w:rsidSect="00885B0E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3298580A" w14:textId="77777777" w:rsidR="00885B0E" w:rsidRDefault="00885B0E" w:rsidP="00885B0E">
      <w:pPr>
        <w:rPr>
          <w:rFonts w:ascii="Montserrat" w:hAnsi="Montserrat"/>
          <w:b/>
          <w:bCs/>
        </w:rPr>
      </w:pPr>
    </w:p>
    <w:p w14:paraId="197649E8" w14:textId="77777777" w:rsidR="00885B0E" w:rsidRPr="00831A87" w:rsidRDefault="00885B0E" w:rsidP="00885B0E">
      <w:pPr>
        <w:rPr>
          <w:rFonts w:ascii="Montserrat" w:hAnsi="Montserrat"/>
          <w:b/>
          <w:bCs/>
        </w:rPr>
      </w:pPr>
      <w:r w:rsidRPr="00831A87">
        <w:rPr>
          <w:rFonts w:ascii="Montserrat" w:hAnsi="Montserrat"/>
          <w:b/>
          <w:bCs/>
        </w:rPr>
        <w:t>Method:</w:t>
      </w:r>
    </w:p>
    <w:p w14:paraId="69FE1931" w14:textId="77777777" w:rsidR="00885B0E" w:rsidRPr="00831A87" w:rsidRDefault="00885B0E" w:rsidP="00885B0E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831A87">
        <w:rPr>
          <w:rFonts w:ascii="Montserrat" w:hAnsi="Montserrat"/>
        </w:rPr>
        <w:t>1. Combine all ingredients in a single pot.</w:t>
      </w:r>
    </w:p>
    <w:p w14:paraId="54194F11" w14:textId="77777777" w:rsidR="00885B0E" w:rsidRPr="00831A87" w:rsidRDefault="00885B0E" w:rsidP="00885B0E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831A87">
        <w:rPr>
          <w:rFonts w:ascii="Montserrat" w:hAnsi="Montserrat"/>
        </w:rPr>
        <w:t>2. Bring to a boil, then reduce heat and simmer until pasta is cooked and liquid is absorbed.</w:t>
      </w:r>
    </w:p>
    <w:p w14:paraId="69FB34A9" w14:textId="77777777" w:rsidR="00885B0E" w:rsidRPr="00831A87" w:rsidRDefault="00885B0E" w:rsidP="00885B0E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831A87">
        <w:rPr>
          <w:rFonts w:ascii="Montserrat" w:hAnsi="Montserrat"/>
        </w:rPr>
        <w:t>3. Stir occasionally to prevent sticking.</w:t>
      </w:r>
    </w:p>
    <w:p w14:paraId="65203067" w14:textId="77777777" w:rsidR="00885B0E" w:rsidRPr="00831A87" w:rsidRDefault="00885B0E" w:rsidP="00885B0E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831A87">
        <w:rPr>
          <w:rFonts w:ascii="Montserrat" w:hAnsi="Montserrat"/>
        </w:rPr>
        <w:t>4. Serve immediately, optionally with cheese or herbs.</w:t>
      </w:r>
    </w:p>
    <w:p w14:paraId="1EEDC6AC" w14:textId="77777777" w:rsidR="00885B0E" w:rsidRPr="00831A87" w:rsidRDefault="00885B0E" w:rsidP="00885B0E">
      <w:pPr>
        <w:rPr>
          <w:rFonts w:ascii="Montserrat" w:hAnsi="Montserrat"/>
        </w:rPr>
      </w:pPr>
      <w:r w:rsidRPr="00831A87">
        <w:rPr>
          <w:rFonts w:ascii="Montserrat" w:hAnsi="Montserrat"/>
        </w:rPr>
        <w:t>Nutritional Information (Per Serving):</w:t>
      </w:r>
      <w:r>
        <w:rPr>
          <w:rFonts w:ascii="Montserrat" w:hAnsi="Montserrat"/>
        </w:rPr>
        <w:t xml:space="preserve"> </w:t>
      </w:r>
      <w:r w:rsidRPr="00831A87">
        <w:rPr>
          <w:rFonts w:ascii="Montserrat" w:hAnsi="Montserrat"/>
        </w:rPr>
        <w:t>~300 kcal | Energy- and water-efficient | Balanced and satisfying | Easy preparation</w:t>
      </w:r>
    </w:p>
    <w:p w14:paraId="22EB7380" w14:textId="77777777" w:rsidR="00885B0E" w:rsidRPr="00831A87" w:rsidRDefault="00885B0E" w:rsidP="00885B0E">
      <w:pPr>
        <w:rPr>
          <w:rFonts w:ascii="Montserrat" w:hAnsi="Montserrat"/>
        </w:rPr>
      </w:pPr>
    </w:p>
    <w:p w14:paraId="3DBAC620" w14:textId="77777777" w:rsidR="00885B0E" w:rsidRDefault="00885B0E" w:rsidP="00885B0E">
      <w:pPr>
        <w:rPr>
          <w:rFonts w:ascii="Montserrat" w:hAnsi="Montserrat"/>
        </w:rPr>
      </w:pPr>
    </w:p>
    <w:p w14:paraId="414F7E2F" w14:textId="77777777" w:rsidR="00885B0E" w:rsidRDefault="00885B0E" w:rsidP="00885B0E">
      <w:pPr>
        <w:rPr>
          <w:rFonts w:ascii="Montserrat" w:hAnsi="Montserrat"/>
        </w:rPr>
      </w:pPr>
    </w:p>
    <w:p w14:paraId="21A8B2A2" w14:textId="77777777" w:rsidR="00885B0E" w:rsidRDefault="00885B0E" w:rsidP="00885B0E">
      <w:pPr>
        <w:rPr>
          <w:rFonts w:ascii="Montserrat" w:hAnsi="Montserrat"/>
        </w:rPr>
      </w:pPr>
    </w:p>
    <w:p w14:paraId="5FD9B75C" w14:textId="77777777" w:rsidR="00885B0E" w:rsidRDefault="00885B0E" w:rsidP="00885B0E">
      <w:pPr>
        <w:rPr>
          <w:rFonts w:ascii="Montserrat" w:hAnsi="Montserrat"/>
        </w:rPr>
      </w:pPr>
    </w:p>
    <w:p w14:paraId="3E5C1B57" w14:textId="77777777" w:rsidR="00885B0E" w:rsidRDefault="00885B0E" w:rsidP="00885B0E">
      <w:pPr>
        <w:rPr>
          <w:rFonts w:ascii="Montserrat" w:hAnsi="Montserrat"/>
        </w:rPr>
      </w:pPr>
    </w:p>
    <w:p w14:paraId="6E91A70E" w14:textId="77777777" w:rsidR="00885B0E" w:rsidRDefault="00885B0E" w:rsidP="00885B0E">
      <w:pPr>
        <w:rPr>
          <w:rFonts w:ascii="Montserrat" w:hAnsi="Montserrat"/>
        </w:rPr>
      </w:pPr>
    </w:p>
    <w:p w14:paraId="64C2A4BE" w14:textId="77777777" w:rsidR="00885B0E" w:rsidRDefault="00885B0E" w:rsidP="00885B0E">
      <w:pPr>
        <w:rPr>
          <w:rFonts w:ascii="Montserrat" w:hAnsi="Montserrat"/>
        </w:rPr>
      </w:pPr>
    </w:p>
    <w:p w14:paraId="1A36F327" w14:textId="77777777" w:rsidR="00410E70" w:rsidRDefault="00410E70" w:rsidP="00885B0E">
      <w:pPr>
        <w:rPr>
          <w:rFonts w:ascii="Montserrat" w:hAnsi="Montserrat"/>
        </w:rPr>
      </w:pPr>
    </w:p>
    <w:p w14:paraId="285FCF77" w14:textId="77777777" w:rsidR="00885B0E" w:rsidRPr="00831A87" w:rsidRDefault="00885B0E" w:rsidP="00885B0E">
      <w:pPr>
        <w:rPr>
          <w:rFonts w:ascii="Montserrat" w:hAnsi="Montserrat"/>
          <w:color w:val="000000" w:themeColor="text1"/>
          <w:sz w:val="44"/>
          <w:szCs w:val="44"/>
        </w:rPr>
      </w:pPr>
      <w:r w:rsidRPr="009D01B8">
        <w:rPr>
          <w:rFonts w:ascii="Montserrat" w:hAnsi="Montserrat"/>
          <w:color w:val="000000" w:themeColor="text1"/>
          <w:sz w:val="44"/>
          <w:szCs w:val="44"/>
        </w:rPr>
        <w:lastRenderedPageBreak/>
        <w:t>2</w:t>
      </w:r>
      <w:r>
        <w:rPr>
          <w:rFonts w:ascii="Montserrat" w:hAnsi="Montserrat"/>
          <w:color w:val="000000" w:themeColor="text1"/>
          <w:sz w:val="44"/>
          <w:szCs w:val="44"/>
        </w:rPr>
        <w:t>2</w:t>
      </w:r>
      <w:r w:rsidRPr="009D01B8">
        <w:rPr>
          <w:rFonts w:ascii="Montserrat" w:hAnsi="Montserrat"/>
          <w:color w:val="000000" w:themeColor="text1"/>
          <w:sz w:val="44"/>
          <w:szCs w:val="44"/>
        </w:rPr>
        <w:t xml:space="preserve"> MAY 2025</w:t>
      </w:r>
    </w:p>
    <w:p w14:paraId="7EA6C72B" w14:textId="77777777" w:rsidR="00885B0E" w:rsidRPr="00410E70" w:rsidRDefault="00885B0E" w:rsidP="003A7054">
      <w:pPr>
        <w:pStyle w:val="Heading2"/>
        <w:rPr>
          <w:b/>
        </w:rPr>
      </w:pPr>
      <w:bookmarkStart w:id="19" w:name="_Toc204960731"/>
      <w:r w:rsidRPr="00410E70">
        <w:rPr>
          <w:b/>
        </w:rPr>
        <w:t>TUNA PATTIES WITH YOGURT DIP</w:t>
      </w:r>
      <w:bookmarkEnd w:id="1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6"/>
        <w:gridCol w:w="2158"/>
        <w:gridCol w:w="2158"/>
        <w:gridCol w:w="2158"/>
      </w:tblGrid>
      <w:tr w:rsidR="00885B0E" w:rsidRPr="00831A87" w14:paraId="6200F475" w14:textId="77777777" w:rsidTr="00730C2F">
        <w:tc>
          <w:tcPr>
            <w:tcW w:w="2160" w:type="dxa"/>
          </w:tcPr>
          <w:p w14:paraId="5F33ACA3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Dish Type:</w:t>
            </w:r>
          </w:p>
        </w:tc>
        <w:tc>
          <w:tcPr>
            <w:tcW w:w="2160" w:type="dxa"/>
          </w:tcPr>
          <w:p w14:paraId="5C72D855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Main</w:t>
            </w:r>
          </w:p>
        </w:tc>
        <w:tc>
          <w:tcPr>
            <w:tcW w:w="2160" w:type="dxa"/>
          </w:tcPr>
          <w:p w14:paraId="3CE21D08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Yield:</w:t>
            </w:r>
          </w:p>
        </w:tc>
        <w:tc>
          <w:tcPr>
            <w:tcW w:w="2160" w:type="dxa"/>
          </w:tcPr>
          <w:p w14:paraId="498081D0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2 servings (4 small patties)</w:t>
            </w:r>
          </w:p>
        </w:tc>
      </w:tr>
      <w:tr w:rsidR="00885B0E" w:rsidRPr="00831A87" w14:paraId="6FB82ECF" w14:textId="77777777" w:rsidTr="00730C2F">
        <w:tc>
          <w:tcPr>
            <w:tcW w:w="2160" w:type="dxa"/>
          </w:tcPr>
          <w:p w14:paraId="59AF1BEC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Prep Time:</w:t>
            </w:r>
          </w:p>
        </w:tc>
        <w:tc>
          <w:tcPr>
            <w:tcW w:w="2160" w:type="dxa"/>
          </w:tcPr>
          <w:p w14:paraId="2DCF0A65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10 minutes</w:t>
            </w:r>
          </w:p>
        </w:tc>
        <w:tc>
          <w:tcPr>
            <w:tcW w:w="2160" w:type="dxa"/>
          </w:tcPr>
          <w:p w14:paraId="7ACEA07A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Cooking Time:</w:t>
            </w:r>
          </w:p>
        </w:tc>
        <w:tc>
          <w:tcPr>
            <w:tcW w:w="2160" w:type="dxa"/>
          </w:tcPr>
          <w:p w14:paraId="63EF55B7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6–8 minutes</w:t>
            </w:r>
          </w:p>
        </w:tc>
      </w:tr>
    </w:tbl>
    <w:p w14:paraId="07E8B988" w14:textId="77777777" w:rsidR="00885B0E" w:rsidRDefault="00885B0E" w:rsidP="00885B0E">
      <w:pPr>
        <w:rPr>
          <w:rFonts w:ascii="Montserrat" w:hAnsi="Montserrat"/>
        </w:rPr>
      </w:pPr>
    </w:p>
    <w:p w14:paraId="0622537A" w14:textId="77777777" w:rsidR="00885B0E" w:rsidRPr="00831A87" w:rsidRDefault="00885B0E" w:rsidP="00885B0E">
      <w:pPr>
        <w:rPr>
          <w:rFonts w:ascii="Montserrat" w:hAnsi="Montserrat"/>
          <w:b/>
          <w:bCs/>
        </w:rPr>
      </w:pPr>
      <w:r w:rsidRPr="00831A87">
        <w:rPr>
          <w:rFonts w:ascii="Montserrat" w:hAnsi="Montserrat"/>
          <w:b/>
          <w:bCs/>
        </w:rPr>
        <w:t>Ingredients:</w:t>
      </w:r>
    </w:p>
    <w:p w14:paraId="6DE92438" w14:textId="77777777" w:rsidR="00885B0E" w:rsidRDefault="00885B0E" w:rsidP="00885B0E">
      <w:pPr>
        <w:pStyle w:val="ListBullet"/>
        <w:rPr>
          <w:rFonts w:ascii="Montserrat" w:hAnsi="Montserrat"/>
        </w:rPr>
        <w:sectPr w:rsidR="00885B0E" w:rsidSect="00885B0E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241F5B53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 xml:space="preserve">1 </w:t>
      </w:r>
      <w:proofErr w:type="gramStart"/>
      <w:r w:rsidRPr="00831A87">
        <w:rPr>
          <w:rFonts w:ascii="Montserrat" w:hAnsi="Montserrat"/>
        </w:rPr>
        <w:t>can</w:t>
      </w:r>
      <w:proofErr w:type="gramEnd"/>
      <w:r w:rsidRPr="00831A87">
        <w:rPr>
          <w:rFonts w:ascii="Montserrat" w:hAnsi="Montserrat"/>
        </w:rPr>
        <w:t xml:space="preserve"> tuna, drained</w:t>
      </w:r>
    </w:p>
    <w:p w14:paraId="61FF570B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2 tbsp oats</w:t>
      </w:r>
    </w:p>
    <w:p w14:paraId="1BBB1D4F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1 egg</w:t>
      </w:r>
    </w:p>
    <w:p w14:paraId="74603125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1 tbsp parsley, chopped</w:t>
      </w:r>
    </w:p>
    <w:p w14:paraId="294A434A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Salt and pepper to taste</w:t>
      </w:r>
    </w:p>
    <w:p w14:paraId="210448A0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Oil for pan-frying</w:t>
      </w:r>
    </w:p>
    <w:p w14:paraId="3C62D454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Yogurt, 2 tbsp (for dip)</w:t>
      </w:r>
    </w:p>
    <w:p w14:paraId="367868D1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Lemon juice, 1 tsp</w:t>
      </w:r>
    </w:p>
    <w:p w14:paraId="4459ECA6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Dried mint or dill, optional</w:t>
      </w:r>
    </w:p>
    <w:p w14:paraId="48D86429" w14:textId="77777777" w:rsidR="00885B0E" w:rsidRDefault="00885B0E" w:rsidP="00885B0E">
      <w:pPr>
        <w:rPr>
          <w:rFonts w:ascii="Montserrat" w:hAnsi="Montserrat"/>
        </w:rPr>
        <w:sectPr w:rsidR="00885B0E" w:rsidSect="00885B0E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30875A27" w14:textId="77777777" w:rsidR="00885B0E" w:rsidRDefault="00885B0E" w:rsidP="00885B0E">
      <w:pPr>
        <w:rPr>
          <w:rFonts w:ascii="Montserrat" w:hAnsi="Montserrat"/>
        </w:rPr>
      </w:pPr>
    </w:p>
    <w:p w14:paraId="539A5B2A" w14:textId="77777777" w:rsidR="00885B0E" w:rsidRPr="00831A87" w:rsidRDefault="00885B0E" w:rsidP="00885B0E">
      <w:pPr>
        <w:rPr>
          <w:rFonts w:ascii="Montserrat" w:hAnsi="Montserrat"/>
          <w:b/>
          <w:bCs/>
        </w:rPr>
      </w:pPr>
      <w:r w:rsidRPr="00831A87">
        <w:rPr>
          <w:rFonts w:ascii="Montserrat" w:hAnsi="Montserrat"/>
          <w:b/>
          <w:bCs/>
        </w:rPr>
        <w:t>Method:</w:t>
      </w:r>
    </w:p>
    <w:p w14:paraId="63A841A8" w14:textId="77777777" w:rsidR="00885B0E" w:rsidRPr="00831A87" w:rsidRDefault="00885B0E" w:rsidP="00885B0E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831A87">
        <w:rPr>
          <w:rFonts w:ascii="Montserrat" w:hAnsi="Montserrat"/>
        </w:rPr>
        <w:t>1. In a bowl, combine tuna, oats, egg, parsley, salt, and pepper.</w:t>
      </w:r>
    </w:p>
    <w:p w14:paraId="48EBBD58" w14:textId="77777777" w:rsidR="00885B0E" w:rsidRPr="00831A87" w:rsidRDefault="00885B0E" w:rsidP="00885B0E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831A87">
        <w:rPr>
          <w:rFonts w:ascii="Montserrat" w:hAnsi="Montserrat"/>
        </w:rPr>
        <w:t>2. Form mixture into 4 small patties.</w:t>
      </w:r>
    </w:p>
    <w:p w14:paraId="16CBC7B7" w14:textId="77777777" w:rsidR="00885B0E" w:rsidRPr="00831A87" w:rsidRDefault="00885B0E" w:rsidP="00885B0E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831A87">
        <w:rPr>
          <w:rFonts w:ascii="Montserrat" w:hAnsi="Montserrat"/>
        </w:rPr>
        <w:t>3. Pan-fry on medium heat until golden and crispy, 3–4 minutes per side.</w:t>
      </w:r>
    </w:p>
    <w:p w14:paraId="22B97CCB" w14:textId="77777777" w:rsidR="00885B0E" w:rsidRPr="00831A87" w:rsidRDefault="00885B0E" w:rsidP="00885B0E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831A87">
        <w:rPr>
          <w:rFonts w:ascii="Montserrat" w:hAnsi="Montserrat"/>
        </w:rPr>
        <w:t>4. Mix yogurt with lemon juice and herbs to make the dip.</w:t>
      </w:r>
    </w:p>
    <w:p w14:paraId="40F52BE5" w14:textId="77777777" w:rsidR="00885B0E" w:rsidRPr="00831A87" w:rsidRDefault="00885B0E" w:rsidP="00885B0E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831A87">
        <w:rPr>
          <w:rFonts w:ascii="Montserrat" w:hAnsi="Montserrat"/>
        </w:rPr>
        <w:t xml:space="preserve">5. Serve patties hot with yogurt </w:t>
      </w:r>
      <w:proofErr w:type="gramStart"/>
      <w:r w:rsidRPr="00831A87">
        <w:rPr>
          <w:rFonts w:ascii="Montserrat" w:hAnsi="Montserrat"/>
        </w:rPr>
        <w:t>dip</w:t>
      </w:r>
      <w:proofErr w:type="gramEnd"/>
      <w:r w:rsidRPr="00831A87">
        <w:rPr>
          <w:rFonts w:ascii="Montserrat" w:hAnsi="Montserrat"/>
        </w:rPr>
        <w:t xml:space="preserve"> on the side.</w:t>
      </w:r>
    </w:p>
    <w:p w14:paraId="18A1DA38" w14:textId="77777777" w:rsidR="00885B0E" w:rsidRPr="00831A87" w:rsidRDefault="00885B0E" w:rsidP="00885B0E">
      <w:pPr>
        <w:rPr>
          <w:rFonts w:ascii="Montserrat" w:hAnsi="Montserrat"/>
        </w:rPr>
      </w:pPr>
      <w:r w:rsidRPr="00831A87">
        <w:rPr>
          <w:rFonts w:ascii="Montserrat" w:hAnsi="Montserrat"/>
        </w:rPr>
        <w:t>Nutritional Information (Per Serving):</w:t>
      </w:r>
      <w:r>
        <w:rPr>
          <w:rFonts w:ascii="Montserrat" w:hAnsi="Montserrat"/>
        </w:rPr>
        <w:t xml:space="preserve"> </w:t>
      </w:r>
      <w:r w:rsidRPr="00831A87">
        <w:rPr>
          <w:rFonts w:ascii="Montserrat" w:hAnsi="Montserrat"/>
        </w:rPr>
        <w:t>~250 kcal | High in protein | Shelf-stable ingredients | Makes use of canned tuna and oats</w:t>
      </w:r>
    </w:p>
    <w:p w14:paraId="143D4AA6" w14:textId="77777777" w:rsidR="00885B0E" w:rsidRPr="00831A87" w:rsidRDefault="00885B0E" w:rsidP="00885B0E">
      <w:pPr>
        <w:rPr>
          <w:rFonts w:ascii="Montserrat" w:hAnsi="Montserrat"/>
        </w:rPr>
      </w:pPr>
    </w:p>
    <w:p w14:paraId="0E656D8B" w14:textId="77777777" w:rsidR="00885B0E" w:rsidRDefault="00885B0E" w:rsidP="00885B0E">
      <w:pPr>
        <w:rPr>
          <w:rFonts w:ascii="Montserrat" w:hAnsi="Montserrat"/>
        </w:rPr>
      </w:pPr>
    </w:p>
    <w:p w14:paraId="6428198D" w14:textId="77777777" w:rsidR="00885B0E" w:rsidRDefault="00885B0E" w:rsidP="00885B0E">
      <w:pPr>
        <w:rPr>
          <w:rFonts w:ascii="Montserrat" w:hAnsi="Montserrat"/>
        </w:rPr>
      </w:pPr>
    </w:p>
    <w:p w14:paraId="71692EEE" w14:textId="77777777" w:rsidR="00885B0E" w:rsidRDefault="00885B0E" w:rsidP="00885B0E">
      <w:pPr>
        <w:rPr>
          <w:rFonts w:ascii="Montserrat" w:hAnsi="Montserrat"/>
        </w:rPr>
      </w:pPr>
    </w:p>
    <w:p w14:paraId="6B3A5233" w14:textId="77777777" w:rsidR="00885B0E" w:rsidRDefault="00885B0E" w:rsidP="00885B0E">
      <w:pPr>
        <w:rPr>
          <w:rFonts w:ascii="Montserrat" w:hAnsi="Montserrat"/>
        </w:rPr>
      </w:pPr>
    </w:p>
    <w:p w14:paraId="3770648A" w14:textId="77777777" w:rsidR="00885B0E" w:rsidRDefault="00885B0E" w:rsidP="00885B0E">
      <w:pPr>
        <w:rPr>
          <w:rFonts w:ascii="Montserrat" w:hAnsi="Montserrat"/>
        </w:rPr>
      </w:pPr>
    </w:p>
    <w:p w14:paraId="6DCDDF44" w14:textId="77777777" w:rsidR="00885B0E" w:rsidRDefault="00885B0E" w:rsidP="00885B0E">
      <w:pPr>
        <w:rPr>
          <w:rFonts w:ascii="Montserrat" w:hAnsi="Montserrat"/>
        </w:rPr>
      </w:pPr>
    </w:p>
    <w:p w14:paraId="0DFB2B71" w14:textId="77777777" w:rsidR="00885B0E" w:rsidRDefault="00885B0E" w:rsidP="00885B0E">
      <w:pPr>
        <w:rPr>
          <w:rFonts w:ascii="Montserrat" w:hAnsi="Montserrat"/>
        </w:rPr>
      </w:pPr>
    </w:p>
    <w:p w14:paraId="77BE4BB7" w14:textId="77777777" w:rsidR="00885B0E" w:rsidRPr="00831A87" w:rsidRDefault="00885B0E" w:rsidP="00885B0E">
      <w:pPr>
        <w:rPr>
          <w:rFonts w:ascii="Montserrat" w:hAnsi="Montserrat"/>
          <w:color w:val="000000" w:themeColor="text1"/>
          <w:sz w:val="44"/>
          <w:szCs w:val="44"/>
        </w:rPr>
      </w:pPr>
      <w:r w:rsidRPr="009D01B8">
        <w:rPr>
          <w:rFonts w:ascii="Montserrat" w:hAnsi="Montserrat"/>
          <w:color w:val="000000" w:themeColor="text1"/>
          <w:sz w:val="44"/>
          <w:szCs w:val="44"/>
        </w:rPr>
        <w:lastRenderedPageBreak/>
        <w:t>2</w:t>
      </w:r>
      <w:r>
        <w:rPr>
          <w:rFonts w:ascii="Montserrat" w:hAnsi="Montserrat"/>
          <w:color w:val="000000" w:themeColor="text1"/>
          <w:sz w:val="44"/>
          <w:szCs w:val="44"/>
        </w:rPr>
        <w:t>2</w:t>
      </w:r>
      <w:r w:rsidRPr="009D01B8">
        <w:rPr>
          <w:rFonts w:ascii="Montserrat" w:hAnsi="Montserrat"/>
          <w:color w:val="000000" w:themeColor="text1"/>
          <w:sz w:val="44"/>
          <w:szCs w:val="44"/>
        </w:rPr>
        <w:t xml:space="preserve"> MAY 2025</w:t>
      </w:r>
    </w:p>
    <w:p w14:paraId="5A6B9820" w14:textId="77777777" w:rsidR="00885B0E" w:rsidRPr="00410E70" w:rsidRDefault="00885B0E" w:rsidP="003A7054">
      <w:pPr>
        <w:pStyle w:val="Heading2"/>
        <w:rPr>
          <w:b/>
        </w:rPr>
      </w:pPr>
      <w:bookmarkStart w:id="20" w:name="_Toc204960732"/>
      <w:r w:rsidRPr="00410E70">
        <w:rPr>
          <w:b/>
        </w:rPr>
        <w:t>DATE ENERGY BALLS WITH WALNUTS AND RAISINS</w:t>
      </w:r>
      <w:bookmarkEnd w:id="2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6"/>
        <w:gridCol w:w="2158"/>
        <w:gridCol w:w="2158"/>
        <w:gridCol w:w="2158"/>
      </w:tblGrid>
      <w:tr w:rsidR="00885B0E" w:rsidRPr="00831A87" w14:paraId="5E9CB61A" w14:textId="77777777" w:rsidTr="00730C2F">
        <w:tc>
          <w:tcPr>
            <w:tcW w:w="2160" w:type="dxa"/>
          </w:tcPr>
          <w:p w14:paraId="6CB7EC26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Dish Type:</w:t>
            </w:r>
          </w:p>
        </w:tc>
        <w:tc>
          <w:tcPr>
            <w:tcW w:w="2160" w:type="dxa"/>
          </w:tcPr>
          <w:p w14:paraId="66EB568D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Dessert / Snack</w:t>
            </w:r>
          </w:p>
        </w:tc>
        <w:tc>
          <w:tcPr>
            <w:tcW w:w="2160" w:type="dxa"/>
          </w:tcPr>
          <w:p w14:paraId="6D645D06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Yield:</w:t>
            </w:r>
          </w:p>
        </w:tc>
        <w:tc>
          <w:tcPr>
            <w:tcW w:w="2160" w:type="dxa"/>
          </w:tcPr>
          <w:p w14:paraId="3E51AE69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2 servings (6 balls)</w:t>
            </w:r>
          </w:p>
        </w:tc>
      </w:tr>
      <w:tr w:rsidR="00885B0E" w:rsidRPr="00831A87" w14:paraId="26F58C9F" w14:textId="77777777" w:rsidTr="00730C2F">
        <w:tc>
          <w:tcPr>
            <w:tcW w:w="2160" w:type="dxa"/>
          </w:tcPr>
          <w:p w14:paraId="3D02F9FB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Prep Time:</w:t>
            </w:r>
          </w:p>
        </w:tc>
        <w:tc>
          <w:tcPr>
            <w:tcW w:w="2160" w:type="dxa"/>
          </w:tcPr>
          <w:p w14:paraId="363CF9A9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10 minutes</w:t>
            </w:r>
          </w:p>
        </w:tc>
        <w:tc>
          <w:tcPr>
            <w:tcW w:w="2160" w:type="dxa"/>
          </w:tcPr>
          <w:p w14:paraId="5C429C50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Cooking Time:</w:t>
            </w:r>
          </w:p>
        </w:tc>
        <w:tc>
          <w:tcPr>
            <w:tcW w:w="2160" w:type="dxa"/>
          </w:tcPr>
          <w:p w14:paraId="027393B1" w14:textId="77777777" w:rsidR="00885B0E" w:rsidRPr="00831A87" w:rsidRDefault="00885B0E" w:rsidP="00730C2F">
            <w:pPr>
              <w:rPr>
                <w:rFonts w:ascii="Montserrat" w:hAnsi="Montserrat"/>
              </w:rPr>
            </w:pPr>
            <w:r w:rsidRPr="00831A87">
              <w:rPr>
                <w:rFonts w:ascii="Montserrat" w:hAnsi="Montserrat"/>
              </w:rPr>
              <w:t>No cooking required</w:t>
            </w:r>
          </w:p>
        </w:tc>
      </w:tr>
    </w:tbl>
    <w:p w14:paraId="352086C2" w14:textId="77777777" w:rsidR="00885B0E" w:rsidRDefault="00885B0E" w:rsidP="00885B0E">
      <w:pPr>
        <w:rPr>
          <w:rFonts w:ascii="Montserrat" w:hAnsi="Montserrat"/>
        </w:rPr>
      </w:pPr>
    </w:p>
    <w:p w14:paraId="3BDE8689" w14:textId="77777777" w:rsidR="00885B0E" w:rsidRPr="00831A87" w:rsidRDefault="00885B0E" w:rsidP="00885B0E">
      <w:pPr>
        <w:rPr>
          <w:rFonts w:ascii="Montserrat" w:hAnsi="Montserrat"/>
          <w:b/>
          <w:bCs/>
        </w:rPr>
      </w:pPr>
      <w:r w:rsidRPr="00831A87">
        <w:rPr>
          <w:rFonts w:ascii="Montserrat" w:hAnsi="Montserrat"/>
          <w:b/>
          <w:bCs/>
        </w:rPr>
        <w:t>Ingredients:</w:t>
      </w:r>
    </w:p>
    <w:p w14:paraId="62DC093D" w14:textId="77777777" w:rsidR="00885B0E" w:rsidRDefault="00885B0E" w:rsidP="00885B0E">
      <w:pPr>
        <w:pStyle w:val="ListBullet"/>
        <w:rPr>
          <w:rFonts w:ascii="Montserrat" w:hAnsi="Montserrat"/>
        </w:rPr>
        <w:sectPr w:rsidR="00885B0E" w:rsidSect="00885B0E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2E5B5056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6 dates, pitted</w:t>
      </w:r>
    </w:p>
    <w:p w14:paraId="0025D1A8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2 tbsp walnuts</w:t>
      </w:r>
    </w:p>
    <w:p w14:paraId="45E8C869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1 tbsp raisins</w:t>
      </w:r>
    </w:p>
    <w:p w14:paraId="0E5D4EB3" w14:textId="77777777" w:rsidR="00885B0E" w:rsidRPr="00831A87" w:rsidRDefault="00885B0E" w:rsidP="00885B0E">
      <w:pPr>
        <w:pStyle w:val="ListBullet"/>
        <w:rPr>
          <w:rFonts w:ascii="Montserrat" w:hAnsi="Montserrat"/>
        </w:rPr>
      </w:pPr>
      <w:r w:rsidRPr="00831A87">
        <w:rPr>
          <w:rFonts w:ascii="Montserrat" w:hAnsi="Montserrat"/>
        </w:rPr>
        <w:t>Optional: cinnamon or coconut flakes</w:t>
      </w:r>
    </w:p>
    <w:p w14:paraId="2CA0CFC4" w14:textId="77777777" w:rsidR="00885B0E" w:rsidRDefault="00885B0E" w:rsidP="00885B0E">
      <w:pPr>
        <w:rPr>
          <w:rFonts w:ascii="Montserrat" w:hAnsi="Montserrat"/>
          <w:b/>
          <w:bCs/>
        </w:rPr>
        <w:sectPr w:rsidR="00885B0E" w:rsidSect="00885B0E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304F6886" w14:textId="77777777" w:rsidR="00885B0E" w:rsidRDefault="00885B0E" w:rsidP="00885B0E">
      <w:pPr>
        <w:rPr>
          <w:rFonts w:ascii="Montserrat" w:hAnsi="Montserrat"/>
          <w:b/>
          <w:bCs/>
        </w:rPr>
      </w:pPr>
    </w:p>
    <w:p w14:paraId="716999BE" w14:textId="77777777" w:rsidR="00885B0E" w:rsidRPr="00831A87" w:rsidRDefault="00885B0E" w:rsidP="00885B0E">
      <w:pPr>
        <w:rPr>
          <w:rFonts w:ascii="Montserrat" w:hAnsi="Montserrat"/>
          <w:b/>
          <w:bCs/>
        </w:rPr>
      </w:pPr>
      <w:r w:rsidRPr="00831A87">
        <w:rPr>
          <w:rFonts w:ascii="Montserrat" w:hAnsi="Montserrat"/>
          <w:b/>
          <w:bCs/>
        </w:rPr>
        <w:t>Method:</w:t>
      </w:r>
    </w:p>
    <w:p w14:paraId="7B3C0FA5" w14:textId="77777777" w:rsidR="00885B0E" w:rsidRPr="00831A87" w:rsidRDefault="00885B0E" w:rsidP="00885B0E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831A87">
        <w:rPr>
          <w:rFonts w:ascii="Montserrat" w:hAnsi="Montserrat"/>
        </w:rPr>
        <w:t>1. Blend dates, walnuts, and raisins in a food processor until sticky and combined.</w:t>
      </w:r>
    </w:p>
    <w:p w14:paraId="4A31366F" w14:textId="77777777" w:rsidR="00885B0E" w:rsidRPr="00831A87" w:rsidRDefault="00885B0E" w:rsidP="00885B0E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831A87">
        <w:rPr>
          <w:rFonts w:ascii="Montserrat" w:hAnsi="Montserrat"/>
        </w:rPr>
        <w:t>2. Form into small balls using your hands.</w:t>
      </w:r>
    </w:p>
    <w:p w14:paraId="5D022626" w14:textId="77777777" w:rsidR="00885B0E" w:rsidRPr="00831A87" w:rsidRDefault="00885B0E" w:rsidP="00885B0E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831A87">
        <w:rPr>
          <w:rFonts w:ascii="Montserrat" w:hAnsi="Montserrat"/>
        </w:rPr>
        <w:t>3. Roll in cinnamon or coconut if desired.</w:t>
      </w:r>
    </w:p>
    <w:p w14:paraId="367E7A3D" w14:textId="77777777" w:rsidR="00885B0E" w:rsidRPr="00831A87" w:rsidRDefault="00885B0E" w:rsidP="00885B0E">
      <w:pPr>
        <w:pStyle w:val="ListNumber"/>
        <w:numPr>
          <w:ilvl w:val="0"/>
          <w:numId w:val="0"/>
        </w:numPr>
        <w:ind w:left="360" w:hanging="360"/>
        <w:rPr>
          <w:rFonts w:ascii="Montserrat" w:hAnsi="Montserrat"/>
        </w:rPr>
      </w:pPr>
      <w:r w:rsidRPr="00831A87">
        <w:rPr>
          <w:rFonts w:ascii="Montserrat" w:hAnsi="Montserrat"/>
        </w:rPr>
        <w:t>4. Store in an airtight container. No refrigeration needed.</w:t>
      </w:r>
    </w:p>
    <w:p w14:paraId="2D24485C" w14:textId="77777777" w:rsidR="00885B0E" w:rsidRDefault="00885B0E" w:rsidP="00885B0E">
      <w:pPr>
        <w:rPr>
          <w:rFonts w:ascii="Montserrat" w:hAnsi="Montserrat"/>
        </w:rPr>
      </w:pPr>
      <w:r w:rsidRPr="00831A87">
        <w:rPr>
          <w:rFonts w:ascii="Montserrat" w:hAnsi="Montserrat"/>
        </w:rPr>
        <w:t>Nutritional Information (Per Serving):</w:t>
      </w:r>
      <w:r>
        <w:rPr>
          <w:rFonts w:ascii="Montserrat" w:hAnsi="Montserrat"/>
        </w:rPr>
        <w:t xml:space="preserve"> </w:t>
      </w:r>
      <w:r w:rsidRPr="00831A87">
        <w:rPr>
          <w:rFonts w:ascii="Montserrat" w:hAnsi="Montserrat"/>
        </w:rPr>
        <w:t>~140 kcal per 2 pieces | Energy-boosting | No added sugar | Long shelf life</w:t>
      </w:r>
    </w:p>
    <w:p w14:paraId="6D17DA44" w14:textId="77777777" w:rsidR="00A4213F" w:rsidRDefault="00A4213F" w:rsidP="00885B0E">
      <w:pPr>
        <w:rPr>
          <w:rFonts w:ascii="Montserrat" w:hAnsi="Montserrat"/>
        </w:rPr>
      </w:pPr>
    </w:p>
    <w:p w14:paraId="34136D77" w14:textId="77777777" w:rsidR="00A4213F" w:rsidRDefault="00A4213F" w:rsidP="00885B0E">
      <w:pPr>
        <w:rPr>
          <w:rFonts w:ascii="Montserrat" w:hAnsi="Montserrat"/>
        </w:rPr>
      </w:pPr>
    </w:p>
    <w:p w14:paraId="1072D184" w14:textId="77777777" w:rsidR="00A4213F" w:rsidRDefault="00A4213F" w:rsidP="00885B0E">
      <w:pPr>
        <w:rPr>
          <w:rFonts w:ascii="Montserrat" w:hAnsi="Montserrat"/>
        </w:rPr>
      </w:pPr>
    </w:p>
    <w:p w14:paraId="67E0DBA3" w14:textId="77777777" w:rsidR="00A4213F" w:rsidRDefault="00A4213F" w:rsidP="00885B0E">
      <w:pPr>
        <w:rPr>
          <w:rFonts w:ascii="Montserrat" w:hAnsi="Montserrat"/>
        </w:rPr>
      </w:pPr>
    </w:p>
    <w:p w14:paraId="78A62E80" w14:textId="77777777" w:rsidR="00A4213F" w:rsidRDefault="00A4213F" w:rsidP="00885B0E">
      <w:pPr>
        <w:rPr>
          <w:rFonts w:ascii="Montserrat" w:hAnsi="Montserrat"/>
        </w:rPr>
      </w:pPr>
    </w:p>
    <w:p w14:paraId="7A27F308" w14:textId="77777777" w:rsidR="00A4213F" w:rsidRDefault="00A4213F" w:rsidP="00885B0E">
      <w:pPr>
        <w:rPr>
          <w:rFonts w:ascii="Montserrat" w:hAnsi="Montserrat"/>
        </w:rPr>
      </w:pPr>
    </w:p>
    <w:p w14:paraId="3F8D7620" w14:textId="77777777" w:rsidR="00A4213F" w:rsidRDefault="00A4213F" w:rsidP="00885B0E">
      <w:pPr>
        <w:rPr>
          <w:rFonts w:ascii="Montserrat" w:hAnsi="Montserrat"/>
        </w:rPr>
      </w:pPr>
    </w:p>
    <w:p w14:paraId="7F763B34" w14:textId="77777777" w:rsidR="00A4213F" w:rsidRDefault="00A4213F" w:rsidP="00885B0E">
      <w:pPr>
        <w:rPr>
          <w:rFonts w:ascii="Montserrat" w:hAnsi="Montserrat"/>
        </w:rPr>
      </w:pPr>
    </w:p>
    <w:p w14:paraId="53900AD3" w14:textId="77777777" w:rsidR="00A4213F" w:rsidRPr="00A4213F" w:rsidRDefault="00A4213F" w:rsidP="00A4213F"/>
    <w:p w14:paraId="4C1E3D0B" w14:textId="66556A0B" w:rsidR="00A4213F" w:rsidRPr="00E22B0A" w:rsidRDefault="00A4213F" w:rsidP="00E22B0A">
      <w:pPr>
        <w:pStyle w:val="Heading1"/>
      </w:pPr>
      <w:bookmarkStart w:id="21" w:name="_Toc204960733"/>
      <w:r w:rsidRPr="00A4213F">
        <w:t>23 MAY 2023</w:t>
      </w:r>
      <w:bookmarkEnd w:id="21"/>
      <w:r w:rsidRPr="00E22B0A">
        <w:t xml:space="preserve"> </w:t>
      </w:r>
    </w:p>
    <w:p w14:paraId="02A93A6F" w14:textId="2930A5FC" w:rsidR="000950E5" w:rsidRPr="000950E5" w:rsidRDefault="000950E5" w:rsidP="00F85978">
      <w:pPr>
        <w:jc w:val="both"/>
        <w:rPr>
          <w:rFonts w:ascii="Montserrat" w:hAnsi="Montserrat"/>
        </w:rPr>
      </w:pPr>
      <w:r w:rsidRPr="000950E5">
        <w:rPr>
          <w:rFonts w:ascii="Montserrat" w:hAnsi="Montserrat"/>
        </w:rPr>
        <w:t>After four intensive days of training, the fifth and final day</w:t>
      </w:r>
      <w:r>
        <w:rPr>
          <w:rFonts w:ascii="Montserrat" w:hAnsi="Montserrat"/>
        </w:rPr>
        <w:t xml:space="preserve"> will </w:t>
      </w:r>
      <w:proofErr w:type="gramStart"/>
      <w:r>
        <w:rPr>
          <w:rFonts w:ascii="Montserrat" w:hAnsi="Montserrat"/>
        </w:rPr>
        <w:t xml:space="preserve">be </w:t>
      </w:r>
      <w:r w:rsidRPr="000950E5">
        <w:rPr>
          <w:rFonts w:ascii="Montserrat" w:hAnsi="Montserrat"/>
        </w:rPr>
        <w:t xml:space="preserve"> an</w:t>
      </w:r>
      <w:proofErr w:type="gramEnd"/>
      <w:r w:rsidRPr="000950E5">
        <w:rPr>
          <w:rFonts w:ascii="Montserrat" w:hAnsi="Montserrat"/>
        </w:rPr>
        <w:t xml:space="preserve"> opportunity to consolidate knowledge and celebrate progress. The morning </w:t>
      </w:r>
      <w:r w:rsidR="00DB3E62">
        <w:rPr>
          <w:rFonts w:ascii="Montserrat" w:hAnsi="Montserrat"/>
        </w:rPr>
        <w:t>will</w:t>
      </w:r>
      <w:r w:rsidRPr="000950E5">
        <w:rPr>
          <w:rFonts w:ascii="Montserrat" w:hAnsi="Montserrat"/>
        </w:rPr>
        <w:t xml:space="preserve"> begin with a practical assessment where students are tasked with preparing a full meal—starter, main course, and dessert—under simulated shipboard conditions. This </w:t>
      </w:r>
      <w:r w:rsidR="00DB3E62">
        <w:rPr>
          <w:rFonts w:ascii="Montserrat" w:hAnsi="Montserrat"/>
        </w:rPr>
        <w:t>will give</w:t>
      </w:r>
      <w:r w:rsidRPr="000950E5">
        <w:rPr>
          <w:rFonts w:ascii="Montserrat" w:hAnsi="Montserrat"/>
        </w:rPr>
        <w:t xml:space="preserve"> them a chance to demonstrate their culinary skills, time management, and ability to work in a team. </w:t>
      </w:r>
      <w:r w:rsidR="00DB3E62">
        <w:rPr>
          <w:rFonts w:ascii="Montserrat" w:hAnsi="Montserrat"/>
        </w:rPr>
        <w:t xml:space="preserve">Some </w:t>
      </w:r>
      <w:r w:rsidRPr="000950E5">
        <w:rPr>
          <w:rFonts w:ascii="Montserrat" w:hAnsi="Montserrat"/>
        </w:rPr>
        <w:t xml:space="preserve">case-based questions </w:t>
      </w:r>
      <w:r w:rsidR="00DB3E62">
        <w:rPr>
          <w:rFonts w:ascii="Montserrat" w:hAnsi="Montserrat"/>
        </w:rPr>
        <w:t xml:space="preserve">will be asked </w:t>
      </w:r>
      <w:r w:rsidRPr="000950E5">
        <w:rPr>
          <w:rFonts w:ascii="Montserrat" w:hAnsi="Montserrat"/>
        </w:rPr>
        <w:t>to test theoretical understanding.</w:t>
      </w:r>
    </w:p>
    <w:p w14:paraId="1975D3EE" w14:textId="4E85FF82" w:rsidR="000950E5" w:rsidRPr="000950E5" w:rsidRDefault="000950E5" w:rsidP="00F85978">
      <w:pPr>
        <w:jc w:val="both"/>
        <w:rPr>
          <w:rFonts w:ascii="Montserrat" w:hAnsi="Montserrat"/>
        </w:rPr>
      </w:pPr>
      <w:r w:rsidRPr="000950E5">
        <w:rPr>
          <w:rFonts w:ascii="Montserrat" w:hAnsi="Montserrat"/>
        </w:rPr>
        <w:t xml:space="preserve">Midday </w:t>
      </w:r>
      <w:r w:rsidR="00DB3E62">
        <w:rPr>
          <w:rFonts w:ascii="Montserrat" w:hAnsi="Montserrat"/>
        </w:rPr>
        <w:t>will</w:t>
      </w:r>
      <w:r w:rsidRPr="000950E5">
        <w:rPr>
          <w:rFonts w:ascii="Montserrat" w:hAnsi="Montserrat"/>
        </w:rPr>
        <w:t xml:space="preserve"> be dedicated to peer review and group reflection. Students </w:t>
      </w:r>
      <w:r w:rsidR="00DB3E62">
        <w:rPr>
          <w:rFonts w:ascii="Montserrat" w:hAnsi="Montserrat"/>
        </w:rPr>
        <w:t>will</w:t>
      </w:r>
      <w:r w:rsidRPr="000950E5">
        <w:rPr>
          <w:rFonts w:ascii="Montserrat" w:hAnsi="Montserrat"/>
        </w:rPr>
        <w:t xml:space="preserve"> sample each other’s dishes and offer constructive feedback. Group discussions </w:t>
      </w:r>
      <w:r w:rsidR="00DB3E62">
        <w:rPr>
          <w:rFonts w:ascii="Montserrat" w:hAnsi="Montserrat"/>
        </w:rPr>
        <w:t xml:space="preserve">will </w:t>
      </w:r>
      <w:r w:rsidRPr="000950E5">
        <w:rPr>
          <w:rFonts w:ascii="Montserrat" w:hAnsi="Montserrat"/>
        </w:rPr>
        <w:t xml:space="preserve">allow them to share what they found most valuable during the training and how they intend to apply their skills on board. This </w:t>
      </w:r>
      <w:r w:rsidR="00DB3E62">
        <w:rPr>
          <w:rFonts w:ascii="Montserrat" w:hAnsi="Montserrat"/>
        </w:rPr>
        <w:t xml:space="preserve">will </w:t>
      </w:r>
      <w:r w:rsidRPr="000950E5">
        <w:rPr>
          <w:rFonts w:ascii="Montserrat" w:hAnsi="Montserrat"/>
        </w:rPr>
        <w:t>promote self-awareness and reinforce learning through shared experiences.</w:t>
      </w:r>
    </w:p>
    <w:p w14:paraId="11BD52A5" w14:textId="1CE868E3" w:rsidR="000950E5" w:rsidRPr="000950E5" w:rsidRDefault="000950E5" w:rsidP="00F85978">
      <w:pPr>
        <w:jc w:val="both"/>
        <w:rPr>
          <w:rFonts w:ascii="Montserrat" w:hAnsi="Montserrat"/>
        </w:rPr>
      </w:pPr>
      <w:r w:rsidRPr="000950E5">
        <w:rPr>
          <w:rFonts w:ascii="Montserrat" w:hAnsi="Montserrat"/>
        </w:rPr>
        <w:t>In the afternoon, a guest speaker from the maritime hospitality industry—such as an experienced ship chef or catering manager—</w:t>
      </w:r>
      <w:r w:rsidR="00DB3E62">
        <w:rPr>
          <w:rFonts w:ascii="Montserrat" w:hAnsi="Montserrat"/>
        </w:rPr>
        <w:t>will be invited to</w:t>
      </w:r>
      <w:r w:rsidRPr="000950E5">
        <w:rPr>
          <w:rFonts w:ascii="Montserrat" w:hAnsi="Montserrat"/>
        </w:rPr>
        <w:t xml:space="preserve"> provide real-world insights and answer questions. This is also a good time to offer career guidance, helping students understand the process of applying for shipboard positions.</w:t>
      </w:r>
    </w:p>
    <w:p w14:paraId="69F5944E" w14:textId="7EBB652F" w:rsidR="000950E5" w:rsidRPr="000950E5" w:rsidRDefault="000950E5" w:rsidP="00F85978">
      <w:pPr>
        <w:jc w:val="both"/>
        <w:rPr>
          <w:rFonts w:ascii="Montserrat" w:hAnsi="Montserrat"/>
        </w:rPr>
      </w:pPr>
      <w:r w:rsidRPr="000950E5">
        <w:rPr>
          <w:rFonts w:ascii="Montserrat" w:hAnsi="Montserrat"/>
        </w:rPr>
        <w:t xml:space="preserve">The training </w:t>
      </w:r>
      <w:r w:rsidR="00DB3E62">
        <w:rPr>
          <w:rFonts w:ascii="Montserrat" w:hAnsi="Montserrat"/>
        </w:rPr>
        <w:t xml:space="preserve">will </w:t>
      </w:r>
      <w:r w:rsidRPr="000950E5">
        <w:rPr>
          <w:rFonts w:ascii="Montserrat" w:hAnsi="Montserrat"/>
        </w:rPr>
        <w:t>conclude</w:t>
      </w:r>
      <w:r w:rsidR="00DB3E62">
        <w:rPr>
          <w:rFonts w:ascii="Montserrat" w:hAnsi="Montserrat"/>
        </w:rPr>
        <w:t xml:space="preserve"> </w:t>
      </w:r>
      <w:r w:rsidRPr="000950E5">
        <w:rPr>
          <w:rFonts w:ascii="Montserrat" w:hAnsi="Montserrat"/>
        </w:rPr>
        <w:t xml:space="preserve">with a short closing ceremony. Participants </w:t>
      </w:r>
      <w:r w:rsidR="00DB3E62">
        <w:rPr>
          <w:rFonts w:ascii="Montserrat" w:hAnsi="Montserrat"/>
        </w:rPr>
        <w:t xml:space="preserve">will </w:t>
      </w:r>
      <w:r w:rsidRPr="000950E5">
        <w:rPr>
          <w:rFonts w:ascii="Montserrat" w:hAnsi="Montserrat"/>
        </w:rPr>
        <w:t>receive certificates of completion</w:t>
      </w:r>
      <w:r w:rsidR="00F85978">
        <w:rPr>
          <w:rFonts w:ascii="Montserrat" w:hAnsi="Montserrat"/>
        </w:rPr>
        <w:t xml:space="preserve">. </w:t>
      </w:r>
      <w:r w:rsidRPr="000950E5">
        <w:rPr>
          <w:rFonts w:ascii="Montserrat" w:hAnsi="Montserrat"/>
        </w:rPr>
        <w:t xml:space="preserve">A group photo </w:t>
      </w:r>
      <w:r w:rsidR="00F85978">
        <w:rPr>
          <w:rFonts w:ascii="Montserrat" w:hAnsi="Montserrat"/>
        </w:rPr>
        <w:t xml:space="preserve">will be taken, </w:t>
      </w:r>
      <w:r w:rsidRPr="000950E5">
        <w:rPr>
          <w:rFonts w:ascii="Montserrat" w:hAnsi="Montserrat"/>
        </w:rPr>
        <w:t xml:space="preserve">and light refreshments </w:t>
      </w:r>
      <w:r w:rsidR="00F85978">
        <w:rPr>
          <w:rFonts w:ascii="Montserrat" w:hAnsi="Montserrat"/>
        </w:rPr>
        <w:t>will be served to</w:t>
      </w:r>
      <w:r w:rsidRPr="000950E5">
        <w:rPr>
          <w:rFonts w:ascii="Montserrat" w:hAnsi="Montserrat"/>
        </w:rPr>
        <w:t xml:space="preserve"> help mark the end of the training </w:t>
      </w:r>
      <w:r w:rsidR="00F85978">
        <w:rPr>
          <w:rFonts w:ascii="Montserrat" w:hAnsi="Montserrat"/>
        </w:rPr>
        <w:t>in</w:t>
      </w:r>
      <w:r w:rsidRPr="000950E5">
        <w:rPr>
          <w:rFonts w:ascii="Montserrat" w:hAnsi="Montserrat"/>
        </w:rPr>
        <w:t xml:space="preserve"> a positive, memorable </w:t>
      </w:r>
      <w:r w:rsidR="00F85978">
        <w:rPr>
          <w:rFonts w:ascii="Montserrat" w:hAnsi="Montserrat"/>
        </w:rPr>
        <w:t>way</w:t>
      </w:r>
      <w:r w:rsidRPr="000950E5">
        <w:rPr>
          <w:rFonts w:ascii="Montserrat" w:hAnsi="Montserrat"/>
        </w:rPr>
        <w:t>, reinforcing camaraderie among future seafarers</w:t>
      </w:r>
      <w:r w:rsidR="00F85978">
        <w:rPr>
          <w:rFonts w:ascii="Montserrat" w:hAnsi="Montserrat"/>
        </w:rPr>
        <w:t>/ galley staff.</w:t>
      </w:r>
    </w:p>
    <w:p w14:paraId="69A7E1F3" w14:textId="77777777" w:rsidR="00A4213F" w:rsidRPr="00831A87" w:rsidRDefault="00A4213F" w:rsidP="00F85978">
      <w:pPr>
        <w:jc w:val="both"/>
        <w:rPr>
          <w:rFonts w:ascii="Montserrat" w:hAnsi="Montserrat"/>
        </w:rPr>
      </w:pPr>
    </w:p>
    <w:p w14:paraId="56592C06" w14:textId="09AA104C" w:rsidR="00410E70" w:rsidRPr="00831A87" w:rsidRDefault="00963D94" w:rsidP="00963D94">
      <w:pPr>
        <w:jc w:val="center"/>
        <w:rPr>
          <w:rFonts w:ascii="Montserrat" w:hAnsi="Montserrat"/>
        </w:rPr>
      </w:pPr>
      <w:r w:rsidRPr="00963D94">
        <w:rPr>
          <w:rFonts w:ascii="Montserrat" w:hAnsi="Montserrat"/>
          <w:noProof/>
        </w:rPr>
        <w:drawing>
          <wp:inline distT="0" distB="0" distL="0" distR="0" wp14:anchorId="07727ADF" wp14:editId="4DE05E81">
            <wp:extent cx="2190750" cy="2186947"/>
            <wp:effectExtent l="0" t="0" r="0" b="3810"/>
            <wp:docPr id="996631630" name="Picture 9" descr="A blue and yellow logo with a ship and spoon and f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31630" name="Picture 9" descr="A blue and yellow logo with a ship and spoon and for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08" cy="218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0E70" w:rsidRPr="00831A87" w:rsidSect="001A09BB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38B73" w14:textId="77777777" w:rsidR="00B0040A" w:rsidRDefault="00B0040A" w:rsidP="00C14754">
      <w:pPr>
        <w:spacing w:after="0" w:line="240" w:lineRule="auto"/>
      </w:pPr>
      <w:r>
        <w:separator/>
      </w:r>
    </w:p>
  </w:endnote>
  <w:endnote w:type="continuationSeparator" w:id="0">
    <w:p w14:paraId="3DB48EB6" w14:textId="77777777" w:rsidR="00B0040A" w:rsidRDefault="00B0040A" w:rsidP="00C14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803159692"/>
      <w:docPartObj>
        <w:docPartGallery w:val="Page Numbers (Bottom of Page)"/>
        <w:docPartUnique/>
      </w:docPartObj>
    </w:sdtPr>
    <w:sdtContent>
      <w:p w14:paraId="3469282D" w14:textId="77777777" w:rsidR="007F5227" w:rsidRDefault="007F5227" w:rsidP="003A705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371CE4" w14:textId="77777777" w:rsidR="007F5227" w:rsidRDefault="007F5227" w:rsidP="003A705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549688406"/>
      <w:docPartObj>
        <w:docPartGallery w:val="Page Numbers (Bottom of Page)"/>
        <w:docPartUnique/>
      </w:docPartObj>
    </w:sdtPr>
    <w:sdtContent>
      <w:p w14:paraId="3C960F5F" w14:textId="77777777" w:rsidR="007F5227" w:rsidRDefault="007F5227" w:rsidP="003A705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58397F"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63D893B0" w14:textId="77777777" w:rsidR="007F5227" w:rsidRDefault="007F5227" w:rsidP="003A7054">
    <w:pPr>
      <w:pStyle w:val="Footer"/>
      <w:ind w:right="360"/>
    </w:pPr>
    <w:r>
      <w:fldChar w:fldCharType="begin"/>
    </w:r>
    <w:r>
      <w:instrText xml:space="preserve"> INCLUDEPICTURE "https://files.sikayetvar.com/lg/cmp/59/59253.png?1627462111" \* MERGEFORMATINET </w:instrText>
    </w:r>
    <w:r>
      <w:fldChar w:fldCharType="end"/>
    </w:r>
    <w:r>
      <w:fldChar w:fldCharType="begin"/>
    </w:r>
    <w:r>
      <w:instrText xml:space="preserve"> INCLUDEPICTURE "https://pirireis.edu.tr/wp-content/uploads/2024/08/logo-tr-1.png" \* MERGEFORMATINET </w:instrTex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64DBC6" w14:textId="77777777" w:rsidR="00B0040A" w:rsidRDefault="00B0040A" w:rsidP="00C14754">
      <w:pPr>
        <w:spacing w:after="0" w:line="240" w:lineRule="auto"/>
      </w:pPr>
      <w:r>
        <w:separator/>
      </w:r>
    </w:p>
  </w:footnote>
  <w:footnote w:type="continuationSeparator" w:id="0">
    <w:p w14:paraId="6BAD441A" w14:textId="77777777" w:rsidR="00B0040A" w:rsidRDefault="00B0040A" w:rsidP="00C14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B6B01" w14:textId="77777777" w:rsidR="00986C8C" w:rsidRDefault="00986C8C">
    <w:pPr>
      <w:pStyle w:val="Header"/>
    </w:pPr>
  </w:p>
  <w:p w14:paraId="48E235D5" w14:textId="77777777" w:rsidR="00986C8C" w:rsidRDefault="00986C8C">
    <w:pPr>
      <w:pStyle w:val="Header"/>
    </w:pPr>
  </w:p>
  <w:p w14:paraId="66BAB3D9" w14:textId="0E476459" w:rsidR="00986C8C" w:rsidRDefault="00986C8C">
    <w:pPr>
      <w:pStyle w:val="Header"/>
    </w:pPr>
    <w:r w:rsidRPr="00986C8C">
      <w:rPr>
        <w:rFonts w:ascii="Times New Roman" w:eastAsia="Arial" w:hAnsi="Times New Roman" w:cs="Times New Roman"/>
        <w:noProof/>
        <w:sz w:val="20"/>
        <w:szCs w:val="20"/>
        <w:lang w:val="ru-RU" w:eastAsia="ru-RU"/>
      </w:rPr>
      <w:drawing>
        <wp:anchor distT="0" distB="0" distL="114300" distR="114300" simplePos="0" relativeHeight="251665408" behindDoc="0" locked="0" layoutInCell="1" allowOverlap="1" wp14:anchorId="7B083EA8" wp14:editId="66CEE59D">
          <wp:simplePos x="0" y="0"/>
          <wp:positionH relativeFrom="column">
            <wp:posOffset>5516880</wp:posOffset>
          </wp:positionH>
          <wp:positionV relativeFrom="paragraph">
            <wp:posOffset>59055</wp:posOffset>
          </wp:positionV>
          <wp:extent cx="810789" cy="809023"/>
          <wp:effectExtent l="0" t="0" r="8890" b="0"/>
          <wp:wrapNone/>
          <wp:docPr id="1756068162" name="Picture 35" descr="A blue and yellow logo with a ship and spoon and fork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0FC39270-9532-8C00-47C4-F39126C6EB5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3180034" name="Picture 35" descr="A blue and yellow logo with a ship and spoon and fork&#10;&#10;AI-generated content may be incorrect.">
                    <a:extLst>
                      <a:ext uri="{FF2B5EF4-FFF2-40B4-BE49-F238E27FC236}">
                        <a16:creationId xmlns:a16="http://schemas.microsoft.com/office/drawing/2014/main" id="{0FC39270-9532-8C00-47C4-F39126C6EB5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789" cy="8090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6C8C">
      <w:rPr>
        <w:rFonts w:ascii="Times New Roman" w:eastAsia="Arial" w:hAnsi="Times New Roman" w:cs="Times New Roman"/>
        <w:noProof/>
        <w:sz w:val="20"/>
        <w:szCs w:val="20"/>
        <w:lang w:val="ru-RU" w:eastAsia="ru-RU"/>
      </w:rPr>
      <w:drawing>
        <wp:anchor distT="0" distB="0" distL="114300" distR="114300" simplePos="0" relativeHeight="251659264" behindDoc="0" locked="0" layoutInCell="1" allowOverlap="1" wp14:anchorId="64CECF07" wp14:editId="60F8B90F">
          <wp:simplePos x="0" y="0"/>
          <wp:positionH relativeFrom="margin">
            <wp:posOffset>-581025</wp:posOffset>
          </wp:positionH>
          <wp:positionV relativeFrom="paragraph">
            <wp:posOffset>154305</wp:posOffset>
          </wp:positionV>
          <wp:extent cx="1590040" cy="326705"/>
          <wp:effectExtent l="0" t="0" r="0" b="0"/>
          <wp:wrapNone/>
          <wp:docPr id="191737235" name="Picture 4" descr="EU logos for funding">
            <a:extLst xmlns:a="http://schemas.openxmlformats.org/drawingml/2006/main">
              <a:ext uri="{FF2B5EF4-FFF2-40B4-BE49-F238E27FC236}">
                <a16:creationId xmlns:a16="http://schemas.microsoft.com/office/drawing/2014/main" id="{6E3F07EC-3A2A-90A3-0A0D-D91AF02DD42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 descr="EU logos for funding">
                    <a:extLst>
                      <a:ext uri="{FF2B5EF4-FFF2-40B4-BE49-F238E27FC236}">
                        <a16:creationId xmlns:a16="http://schemas.microsoft.com/office/drawing/2014/main" id="{6E3F07EC-3A2A-90A3-0A0D-D91AF02DD426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518"/>
                  <a:stretch/>
                </pic:blipFill>
                <pic:spPr bwMode="auto">
                  <a:xfrm>
                    <a:off x="0" y="0"/>
                    <a:ext cx="1590040" cy="326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78216BC" w14:textId="0EB34414" w:rsidR="00986C8C" w:rsidRPr="00986C8C" w:rsidRDefault="00986C8C" w:rsidP="00986C8C">
    <w:pPr>
      <w:widowControl w:val="0"/>
      <w:autoSpaceDE w:val="0"/>
      <w:autoSpaceDN w:val="0"/>
      <w:spacing w:after="40" w:line="240" w:lineRule="auto"/>
      <w:jc w:val="center"/>
      <w:rPr>
        <w:rFonts w:ascii="Times New Roman" w:eastAsia="Arial" w:hAnsi="Times New Roman" w:cs="Times New Roman"/>
        <w:noProof/>
        <w:sz w:val="20"/>
        <w:szCs w:val="20"/>
        <w:lang w:val="ro-RO"/>
      </w:rPr>
    </w:pPr>
    <w:r w:rsidRPr="00986C8C">
      <w:rPr>
        <w:rFonts w:ascii="Times New Roman" w:eastAsia="Arial" w:hAnsi="Times New Roman" w:cs="Times New Roman"/>
        <w:noProof/>
        <w:sz w:val="20"/>
        <w:szCs w:val="20"/>
        <w:lang w:val="ru-RU" w:eastAsia="ru-RU"/>
      </w:rPr>
      <w:drawing>
        <wp:anchor distT="0" distB="0" distL="114300" distR="114300" simplePos="0" relativeHeight="251664384" behindDoc="0" locked="0" layoutInCell="1" allowOverlap="1" wp14:anchorId="116E32BD" wp14:editId="15E70839">
          <wp:simplePos x="0" y="0"/>
          <wp:positionH relativeFrom="page">
            <wp:posOffset>4187825</wp:posOffset>
          </wp:positionH>
          <wp:positionV relativeFrom="paragraph">
            <wp:posOffset>66675</wp:posOffset>
          </wp:positionV>
          <wp:extent cx="486093" cy="332548"/>
          <wp:effectExtent l="0" t="0" r="0" b="0"/>
          <wp:wrapNone/>
          <wp:docPr id="1889507687" name="Picture 34" descr="A blue logo with a lion and a globe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7C7E9E89-C08E-EE44-7A41-1AB22B475DE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121081" name="Picture 34" descr="A blue logo with a lion and a globe&#10;&#10;AI-generated content may be incorrect.">
                    <a:extLst>
                      <a:ext uri="{FF2B5EF4-FFF2-40B4-BE49-F238E27FC236}">
                        <a16:creationId xmlns:a16="http://schemas.microsoft.com/office/drawing/2014/main" id="{7C7E9E89-C08E-EE44-7A41-1AB22B475DE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86093" cy="3325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6C8C">
      <w:rPr>
        <w:rFonts w:ascii="Times New Roman" w:eastAsia="Arial" w:hAnsi="Times New Roman" w:cs="Times New Roman"/>
        <w:noProof/>
        <w:sz w:val="20"/>
        <w:szCs w:val="20"/>
        <w:lang w:val="ru-RU" w:eastAsia="ru-RU"/>
      </w:rPr>
      <w:drawing>
        <wp:anchor distT="0" distB="0" distL="114300" distR="114300" simplePos="0" relativeHeight="251662336" behindDoc="0" locked="0" layoutInCell="1" allowOverlap="1" wp14:anchorId="14AF0D5B" wp14:editId="1AA0147B">
          <wp:simplePos x="0" y="0"/>
          <wp:positionH relativeFrom="column">
            <wp:posOffset>4335692</wp:posOffset>
          </wp:positionH>
          <wp:positionV relativeFrom="paragraph">
            <wp:posOffset>63522</wp:posOffset>
          </wp:positionV>
          <wp:extent cx="582930" cy="278130"/>
          <wp:effectExtent l="0" t="0" r="7620" b="7620"/>
          <wp:wrapNone/>
          <wp:docPr id="1866861809" name="Picture 17" descr="A blue arrows on a black background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F6F4E74A-7D7A-86B2-3269-4F9B1BD6AF0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681396" name="Picture 17" descr="A blue arrows on a black background&#10;&#10;AI-generated content may be incorrect.">
                    <a:extLst>
                      <a:ext uri="{FF2B5EF4-FFF2-40B4-BE49-F238E27FC236}">
                        <a16:creationId xmlns:a16="http://schemas.microsoft.com/office/drawing/2014/main" id="{F6F4E74A-7D7A-86B2-3269-4F9B1BD6AF0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82930" cy="278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6C8C">
      <w:rPr>
        <w:rFonts w:ascii="Times New Roman" w:eastAsia="Arial" w:hAnsi="Times New Roman" w:cs="Times New Roman"/>
        <w:noProof/>
        <w:sz w:val="20"/>
        <w:szCs w:val="20"/>
        <w:lang w:val="ru-RU" w:eastAsia="ru-RU"/>
      </w:rPr>
      <w:drawing>
        <wp:anchor distT="0" distB="0" distL="114300" distR="114300" simplePos="0" relativeHeight="251661312" behindDoc="0" locked="0" layoutInCell="1" allowOverlap="1" wp14:anchorId="0A3E83E9" wp14:editId="036D5E87">
          <wp:simplePos x="0" y="0"/>
          <wp:positionH relativeFrom="column">
            <wp:posOffset>3696970</wp:posOffset>
          </wp:positionH>
          <wp:positionV relativeFrom="paragraph">
            <wp:posOffset>23495</wp:posOffset>
          </wp:positionV>
          <wp:extent cx="458470" cy="407035"/>
          <wp:effectExtent l="0" t="0" r="0" b="0"/>
          <wp:wrapNone/>
          <wp:docPr id="437803797" name="Picture 14" descr="A blue and white logo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FAAE85A0-0DB3-5D39-CC8F-BF0D926E75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9966170" name="Picture 14" descr="A blue and white logo&#10;&#10;AI-generated content may be incorrect.">
                    <a:extLst>
                      <a:ext uri="{FF2B5EF4-FFF2-40B4-BE49-F238E27FC236}">
                        <a16:creationId xmlns:a16="http://schemas.microsoft.com/office/drawing/2014/main" id="{FAAE85A0-0DB3-5D39-CC8F-BF0D926E752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58470" cy="407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6C8C">
      <w:rPr>
        <w:rFonts w:ascii="Times New Roman" w:eastAsia="Arial" w:hAnsi="Times New Roman" w:cs="Times New Roman"/>
        <w:noProof/>
        <w:sz w:val="20"/>
        <w:szCs w:val="20"/>
        <w:lang w:val="ru-RU" w:eastAsia="ru-RU"/>
      </w:rPr>
      <w:drawing>
        <wp:anchor distT="0" distB="0" distL="114300" distR="114300" simplePos="0" relativeHeight="251660288" behindDoc="0" locked="0" layoutInCell="1" allowOverlap="1" wp14:anchorId="6BADB975" wp14:editId="02B0B073">
          <wp:simplePos x="0" y="0"/>
          <wp:positionH relativeFrom="column">
            <wp:posOffset>2562751</wp:posOffset>
          </wp:positionH>
          <wp:positionV relativeFrom="paragraph">
            <wp:posOffset>31246</wp:posOffset>
          </wp:positionV>
          <wp:extent cx="385973" cy="363721"/>
          <wp:effectExtent l="0" t="0" r="0" b="0"/>
          <wp:wrapNone/>
          <wp:docPr id="2000172361" name="Picture 3" descr="A blue and white logo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FD23F522-17A5-9AB4-3989-B20C7839F79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0792457" name="Picture 3" descr="A blue and white logo&#10;&#10;AI-generated content may be incorrect.">
                    <a:extLst>
                      <a:ext uri="{FF2B5EF4-FFF2-40B4-BE49-F238E27FC236}">
                        <a16:creationId xmlns:a16="http://schemas.microsoft.com/office/drawing/2014/main" id="{FD23F522-17A5-9AB4-3989-B20C7839F79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5973" cy="363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6C8C">
      <w:rPr>
        <w:rFonts w:ascii="Times New Roman" w:eastAsia="Arial" w:hAnsi="Times New Roman" w:cs="Times New Roman"/>
        <w:noProof/>
        <w:sz w:val="20"/>
        <w:szCs w:val="20"/>
        <w:lang w:val="ru-RU" w:eastAsia="ru-RU"/>
      </w:rPr>
      <w:drawing>
        <wp:anchor distT="0" distB="0" distL="114300" distR="114300" simplePos="0" relativeHeight="251663360" behindDoc="0" locked="0" layoutInCell="1" allowOverlap="1" wp14:anchorId="4F6DD177" wp14:editId="2B7EA7E7">
          <wp:simplePos x="0" y="0"/>
          <wp:positionH relativeFrom="column">
            <wp:posOffset>2013760</wp:posOffset>
          </wp:positionH>
          <wp:positionV relativeFrom="paragraph">
            <wp:posOffset>-5737</wp:posOffset>
          </wp:positionV>
          <wp:extent cx="424907" cy="431705"/>
          <wp:effectExtent l="0" t="0" r="0" b="6985"/>
          <wp:wrapNone/>
          <wp:docPr id="486171860" name="Picture 33" descr="A yellow eagle with a crown and a blue shield with a white ribbon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7ED44AD8-386B-4A85-A0AF-1E1BB0692554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768698" name="Picture 33" descr="A yellow eagle with a crown and a blue shield with a white ribbon&#10;&#10;AI-generated content may be incorrect.">
                    <a:extLst>
                      <a:ext uri="{FF2B5EF4-FFF2-40B4-BE49-F238E27FC236}">
                        <a16:creationId xmlns:a16="http://schemas.microsoft.com/office/drawing/2014/main" id="{7ED44AD8-386B-4A85-A0AF-1E1BB0692554}"/>
                      </a:ext>
                    </a:extLst>
                  </pic:cNvPr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907" cy="431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8C440A" w14:textId="77777777" w:rsidR="00986C8C" w:rsidRDefault="00986C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6D941FE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6918160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D994FBD"/>
    <w:multiLevelType w:val="multilevel"/>
    <w:tmpl w:val="8D162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DE3960"/>
    <w:multiLevelType w:val="multilevel"/>
    <w:tmpl w:val="BDA86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766973"/>
    <w:multiLevelType w:val="multilevel"/>
    <w:tmpl w:val="51465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7CB28B9"/>
    <w:multiLevelType w:val="multilevel"/>
    <w:tmpl w:val="D1A40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29605527">
    <w:abstractNumId w:val="8"/>
  </w:num>
  <w:num w:numId="2" w16cid:durableId="1600605993">
    <w:abstractNumId w:val="6"/>
  </w:num>
  <w:num w:numId="3" w16cid:durableId="1652756958">
    <w:abstractNumId w:val="5"/>
  </w:num>
  <w:num w:numId="4" w16cid:durableId="155346471">
    <w:abstractNumId w:val="4"/>
  </w:num>
  <w:num w:numId="5" w16cid:durableId="980040739">
    <w:abstractNumId w:val="7"/>
  </w:num>
  <w:num w:numId="6" w16cid:durableId="1166245679">
    <w:abstractNumId w:val="3"/>
  </w:num>
  <w:num w:numId="7" w16cid:durableId="1892768430">
    <w:abstractNumId w:val="2"/>
  </w:num>
  <w:num w:numId="8" w16cid:durableId="1972250724">
    <w:abstractNumId w:val="1"/>
  </w:num>
  <w:num w:numId="9" w16cid:durableId="467430166">
    <w:abstractNumId w:val="0"/>
  </w:num>
  <w:num w:numId="10" w16cid:durableId="1763648681">
    <w:abstractNumId w:val="10"/>
  </w:num>
  <w:num w:numId="11" w16cid:durableId="1365791089">
    <w:abstractNumId w:val="12"/>
  </w:num>
  <w:num w:numId="12" w16cid:durableId="1886596947">
    <w:abstractNumId w:val="9"/>
  </w:num>
  <w:num w:numId="13" w16cid:durableId="83456331">
    <w:abstractNumId w:val="11"/>
  </w:num>
  <w:num w:numId="14" w16cid:durableId="6998168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9474A"/>
    <w:rsid w:val="000950E5"/>
    <w:rsid w:val="000A194A"/>
    <w:rsid w:val="000A2CDD"/>
    <w:rsid w:val="000C3059"/>
    <w:rsid w:val="000F2B12"/>
    <w:rsid w:val="0015074B"/>
    <w:rsid w:val="001608AA"/>
    <w:rsid w:val="00197DED"/>
    <w:rsid w:val="001A09BB"/>
    <w:rsid w:val="00204138"/>
    <w:rsid w:val="0029639D"/>
    <w:rsid w:val="00326F90"/>
    <w:rsid w:val="00350995"/>
    <w:rsid w:val="003A7054"/>
    <w:rsid w:val="00410E70"/>
    <w:rsid w:val="004660EA"/>
    <w:rsid w:val="0047341F"/>
    <w:rsid w:val="00482D40"/>
    <w:rsid w:val="0058397F"/>
    <w:rsid w:val="00673E48"/>
    <w:rsid w:val="006B136B"/>
    <w:rsid w:val="00730C2F"/>
    <w:rsid w:val="0075677B"/>
    <w:rsid w:val="007B7A15"/>
    <w:rsid w:val="007E68F6"/>
    <w:rsid w:val="007F5227"/>
    <w:rsid w:val="008770A0"/>
    <w:rsid w:val="00885B0E"/>
    <w:rsid w:val="008D4774"/>
    <w:rsid w:val="00963D94"/>
    <w:rsid w:val="00982CCB"/>
    <w:rsid w:val="00986C8C"/>
    <w:rsid w:val="00A4213F"/>
    <w:rsid w:val="00A906DA"/>
    <w:rsid w:val="00AA1D8D"/>
    <w:rsid w:val="00B0040A"/>
    <w:rsid w:val="00B47730"/>
    <w:rsid w:val="00B57A6E"/>
    <w:rsid w:val="00B77E79"/>
    <w:rsid w:val="00B81062"/>
    <w:rsid w:val="00B95C8E"/>
    <w:rsid w:val="00C14754"/>
    <w:rsid w:val="00CB0664"/>
    <w:rsid w:val="00CB6890"/>
    <w:rsid w:val="00CD20F6"/>
    <w:rsid w:val="00CD272F"/>
    <w:rsid w:val="00CF48F5"/>
    <w:rsid w:val="00DA37D1"/>
    <w:rsid w:val="00DB3E62"/>
    <w:rsid w:val="00E22B0A"/>
    <w:rsid w:val="00E36EE5"/>
    <w:rsid w:val="00E62188"/>
    <w:rsid w:val="00E81B3A"/>
    <w:rsid w:val="00F033E7"/>
    <w:rsid w:val="00F85978"/>
    <w:rsid w:val="00FB20B3"/>
    <w:rsid w:val="00FB3018"/>
    <w:rsid w:val="00FB3D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E53C019"/>
  <w14:defaultImageDpi w14:val="300"/>
  <w15:docId w15:val="{C00F9F3A-85C8-0C42-B126-70DF4AB7E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4138"/>
  </w:style>
  <w:style w:type="paragraph" w:styleId="Heading1">
    <w:name w:val="heading 1"/>
    <w:basedOn w:val="Normal"/>
    <w:next w:val="Normal"/>
    <w:link w:val="Heading1Char"/>
    <w:uiPriority w:val="9"/>
    <w:qFormat/>
    <w:rsid w:val="003A7054"/>
    <w:pPr>
      <w:outlineLvl w:val="0"/>
    </w:pPr>
    <w:rPr>
      <w:rFonts w:ascii="Montserrat" w:hAnsi="Montserrat"/>
      <w:color w:val="000000" w:themeColor="text1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7054"/>
    <w:pPr>
      <w:outlineLvl w:val="1"/>
    </w:pPr>
    <w:rPr>
      <w:rFonts w:ascii="Montserrat" w:hAnsi="Montserrat"/>
      <w:color w:val="000000" w:themeColor="tex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link w:val="NoSpacingChar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3A7054"/>
    <w:rPr>
      <w:rFonts w:ascii="Montserrat" w:hAnsi="Montserrat"/>
      <w:color w:val="000000" w:themeColor="text1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3A7054"/>
    <w:rPr>
      <w:rFonts w:ascii="Montserrat" w:hAnsi="Montserrat"/>
      <w:color w:val="000000" w:themeColor="tex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C14754"/>
  </w:style>
  <w:style w:type="table" w:styleId="PlainTable1">
    <w:name w:val="Plain Table 1"/>
    <w:basedOn w:val="TableNormal"/>
    <w:uiPriority w:val="99"/>
    <w:rsid w:val="00CF48F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99"/>
    <w:rsid w:val="00CF48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-Accent5">
    <w:name w:val="Grid Table 1 Light Accent 5"/>
    <w:basedOn w:val="TableNormal"/>
    <w:uiPriority w:val="46"/>
    <w:rsid w:val="00CF48F5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48F5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ageNumber">
    <w:name w:val="page number"/>
    <w:basedOn w:val="DefaultParagraphFont"/>
    <w:uiPriority w:val="99"/>
    <w:semiHidden/>
    <w:unhideWhenUsed/>
    <w:rsid w:val="003A7054"/>
  </w:style>
  <w:style w:type="paragraph" w:styleId="TOC1">
    <w:name w:val="toc 1"/>
    <w:basedOn w:val="Normal"/>
    <w:next w:val="Normal"/>
    <w:autoRedefine/>
    <w:uiPriority w:val="39"/>
    <w:unhideWhenUsed/>
    <w:rsid w:val="003A7054"/>
    <w:pPr>
      <w:spacing w:before="120" w:after="0"/>
    </w:pPr>
    <w:rPr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FB20B3"/>
    <w:pPr>
      <w:tabs>
        <w:tab w:val="right" w:leader="dot" w:pos="8630"/>
      </w:tabs>
      <w:spacing w:before="120" w:after="0"/>
      <w:ind w:left="220"/>
    </w:pPr>
    <w:rPr>
      <w:b/>
      <w:bCs/>
      <w:noProof/>
    </w:rPr>
  </w:style>
  <w:style w:type="character" w:styleId="Hyperlink">
    <w:name w:val="Hyperlink"/>
    <w:basedOn w:val="DefaultParagraphFont"/>
    <w:uiPriority w:val="99"/>
    <w:unhideWhenUsed/>
    <w:rsid w:val="003A7054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3A7054"/>
    <w:pPr>
      <w:spacing w:after="0"/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A7054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A7054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A7054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3A7054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A7054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3A7054"/>
    <w:pPr>
      <w:spacing w:after="0"/>
      <w:ind w:left="176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4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3DB3C9-2020-40C2-AAA7-6B59A7A43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3177</Words>
  <Characters>15477</Characters>
  <Application>Microsoft Office Word</Application>
  <DocSecurity>0</DocSecurity>
  <Lines>967</Lines>
  <Paragraphs>643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18011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Pınar ÖZDEMİR</cp:lastModifiedBy>
  <cp:revision>3</cp:revision>
  <dcterms:created xsi:type="dcterms:W3CDTF">2025-08-01T13:53:00Z</dcterms:created>
  <dcterms:modified xsi:type="dcterms:W3CDTF">2025-08-01T14:11:00Z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5fc4cd51-18b3-4a81-9a7d-a98e07cc8614</vt:lpwstr>
  </property>
</Properties>
</file>